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Complete List of NFL Teams</w:t>
      </w:r>
    </w:p>
    <w:p>
      <w:pPr>
        <w:pStyle w:val="Subtitle"/>
        <w:jc w:val="center"/>
      </w:pPr>
      <w:r>
        <w:t>Teams by Conference and Division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937760" cy="1728216"/>
            <wp:docPr id="1" name="Picture 1" descr="Decorative generic American football on abstract field line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eneric-football-illustration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17282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</w:rPr>
        <w:t>Editable Microsoft Word Edition</w:t>
        <w:br/>
        <w:t>Updated for 2026</w:t>
        <w:br/>
        <w:br/>
        <w:t>allfreeprintable.org</w:t>
      </w:r>
    </w:p>
    <w:p>
      <w:r>
        <w:br w:type="page"/>
      </w:r>
    </w:p>
    <w:p>
      <w:pPr>
        <w:pStyle w:val="Heading1"/>
      </w:pPr>
      <w:r>
        <w:t>Teams by Division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rPr>
          <w:tblHeader w:val="true"/>
        </w:trPr>
        <w:tc>
          <w:tcPr>
            <w:tcW w:type="dxa" w:w="4752"/>
            <w:shd w:fill="142B4A"/>
          </w:tcPr>
          <w:p>
            <w:r>
              <w:rPr>
                <w:color w:val="FFFFFF"/>
              </w:rPr>
              <w:t>Team</w:t>
            </w:r>
          </w:p>
        </w:tc>
        <w:tc>
          <w:tcPr>
            <w:tcW w:type="dxa" w:w="1728"/>
            <w:shd w:fill="142B4A"/>
          </w:tcPr>
          <w:p>
            <w:r>
              <w:rPr>
                <w:color w:val="FFFFFF"/>
              </w:rPr>
              <w:t>Abbreviation</w:t>
            </w:r>
          </w:p>
        </w:tc>
        <w:tc>
          <w:tcPr>
            <w:tcW w:type="dxa" w:w="1728"/>
            <w:shd w:fill="142B4A"/>
          </w:tcPr>
          <w:p>
            <w:r>
              <w:rPr>
                <w:color w:val="FFFFFF"/>
              </w:rPr>
              <w:t>Conference</w:t>
            </w:r>
          </w:p>
        </w:tc>
        <w:tc>
          <w:tcPr>
            <w:tcW w:type="dxa" w:w="1728"/>
            <w:shd w:fill="142B4A"/>
          </w:tcPr>
          <w:p>
            <w:r>
              <w:rPr>
                <w:color w:val="FFFFFF"/>
              </w:rPr>
              <w:t>Division</w:t>
            </w:r>
          </w:p>
        </w:tc>
      </w:tr>
      <w:tr>
        <w:trPr>
          <w:cantSplit/>
        </w:trPr>
        <w:tc>
          <w:tcPr>
            <w:tcW w:type="dxa" w:w="4752"/>
            <w:vAlign w:val="center"/>
          </w:tcPr>
          <w:p>
            <w:r>
              <w:t>Buffalo Bills</w:t>
            </w:r>
          </w:p>
        </w:tc>
        <w:tc>
          <w:tcPr>
            <w:tcW w:type="dxa" w:w="1728"/>
            <w:vAlign w:val="center"/>
          </w:tcPr>
          <w:p>
            <w:r>
              <w:t>BUF</w:t>
            </w:r>
          </w:p>
        </w:tc>
        <w:tc>
          <w:tcPr>
            <w:tcW w:type="dxa" w:w="1728"/>
            <w:vAlign w:val="center"/>
          </w:tcPr>
          <w:p>
            <w:r>
              <w:t>AFC</w:t>
            </w:r>
          </w:p>
        </w:tc>
        <w:tc>
          <w:tcPr>
            <w:tcW w:type="dxa" w:w="1728"/>
            <w:vAlign w:val="center"/>
          </w:tcPr>
          <w:p>
            <w:r>
              <w:t>East</w:t>
            </w:r>
          </w:p>
        </w:tc>
      </w:tr>
      <w:tr>
        <w:trPr>
          <w:cantSplit/>
        </w:trPr>
        <w:tc>
          <w:tcPr>
            <w:tcW w:type="dxa" w:w="4752"/>
            <w:vAlign w:val="center"/>
          </w:tcPr>
          <w:p>
            <w:r>
              <w:t>Miami Dolphins</w:t>
            </w:r>
          </w:p>
        </w:tc>
        <w:tc>
          <w:tcPr>
            <w:tcW w:type="dxa" w:w="1728"/>
            <w:vAlign w:val="center"/>
          </w:tcPr>
          <w:p>
            <w:r>
              <w:t>MIA</w:t>
            </w:r>
          </w:p>
        </w:tc>
        <w:tc>
          <w:tcPr>
            <w:tcW w:type="dxa" w:w="1728"/>
            <w:vAlign w:val="center"/>
          </w:tcPr>
          <w:p>
            <w:r>
              <w:t>AFC</w:t>
            </w:r>
          </w:p>
        </w:tc>
        <w:tc>
          <w:tcPr>
            <w:tcW w:type="dxa" w:w="1728"/>
            <w:vAlign w:val="center"/>
          </w:tcPr>
          <w:p>
            <w:r>
              <w:t>East</w:t>
            </w:r>
          </w:p>
        </w:tc>
      </w:tr>
      <w:tr>
        <w:trPr>
          <w:cantSplit/>
        </w:trPr>
        <w:tc>
          <w:tcPr>
            <w:tcW w:type="dxa" w:w="4752"/>
            <w:vAlign w:val="center"/>
          </w:tcPr>
          <w:p>
            <w:r>
              <w:t>New England Patriots</w:t>
            </w:r>
          </w:p>
        </w:tc>
        <w:tc>
          <w:tcPr>
            <w:tcW w:type="dxa" w:w="1728"/>
            <w:vAlign w:val="center"/>
          </w:tcPr>
          <w:p>
            <w:r>
              <w:t>NE</w:t>
            </w:r>
          </w:p>
        </w:tc>
        <w:tc>
          <w:tcPr>
            <w:tcW w:type="dxa" w:w="1728"/>
            <w:vAlign w:val="center"/>
          </w:tcPr>
          <w:p>
            <w:r>
              <w:t>AFC</w:t>
            </w:r>
          </w:p>
        </w:tc>
        <w:tc>
          <w:tcPr>
            <w:tcW w:type="dxa" w:w="1728"/>
            <w:vAlign w:val="center"/>
          </w:tcPr>
          <w:p>
            <w:r>
              <w:t>East</w:t>
            </w:r>
          </w:p>
        </w:tc>
      </w:tr>
      <w:tr>
        <w:trPr>
          <w:cantSplit/>
        </w:trPr>
        <w:tc>
          <w:tcPr>
            <w:tcW w:type="dxa" w:w="4752"/>
            <w:vAlign w:val="center"/>
          </w:tcPr>
          <w:p>
            <w:r>
              <w:t>New York Jets</w:t>
            </w:r>
          </w:p>
        </w:tc>
        <w:tc>
          <w:tcPr>
            <w:tcW w:type="dxa" w:w="1728"/>
            <w:vAlign w:val="center"/>
          </w:tcPr>
          <w:p>
            <w:r>
              <w:t>NYJ</w:t>
            </w:r>
          </w:p>
        </w:tc>
        <w:tc>
          <w:tcPr>
            <w:tcW w:type="dxa" w:w="1728"/>
            <w:vAlign w:val="center"/>
          </w:tcPr>
          <w:p>
            <w:r>
              <w:t>AFC</w:t>
            </w:r>
          </w:p>
        </w:tc>
        <w:tc>
          <w:tcPr>
            <w:tcW w:type="dxa" w:w="1728"/>
            <w:vAlign w:val="center"/>
          </w:tcPr>
          <w:p>
            <w:r>
              <w:t>East</w:t>
            </w:r>
          </w:p>
        </w:tc>
      </w:tr>
      <w:tr>
        <w:trPr>
          <w:cantSplit/>
        </w:trPr>
        <w:tc>
          <w:tcPr>
            <w:tcW w:type="dxa" w:w="4752"/>
            <w:vAlign w:val="center"/>
          </w:tcPr>
          <w:p>
            <w:r>
              <w:t>Baltimore Ravens</w:t>
            </w:r>
          </w:p>
        </w:tc>
        <w:tc>
          <w:tcPr>
            <w:tcW w:type="dxa" w:w="1728"/>
            <w:vAlign w:val="center"/>
          </w:tcPr>
          <w:p>
            <w:r>
              <w:t>BAL</w:t>
            </w:r>
          </w:p>
        </w:tc>
        <w:tc>
          <w:tcPr>
            <w:tcW w:type="dxa" w:w="1728"/>
            <w:vAlign w:val="center"/>
          </w:tcPr>
          <w:p>
            <w:r>
              <w:t>AFC</w:t>
            </w:r>
          </w:p>
        </w:tc>
        <w:tc>
          <w:tcPr>
            <w:tcW w:type="dxa" w:w="1728"/>
            <w:vAlign w:val="center"/>
          </w:tcPr>
          <w:p>
            <w:r>
              <w:t>North</w:t>
            </w:r>
          </w:p>
        </w:tc>
      </w:tr>
      <w:tr>
        <w:trPr>
          <w:cantSplit/>
        </w:trPr>
        <w:tc>
          <w:tcPr>
            <w:tcW w:type="dxa" w:w="4752"/>
            <w:vAlign w:val="center"/>
          </w:tcPr>
          <w:p>
            <w:r>
              <w:t>Cincinnati Bengals</w:t>
            </w:r>
          </w:p>
        </w:tc>
        <w:tc>
          <w:tcPr>
            <w:tcW w:type="dxa" w:w="1728"/>
            <w:vAlign w:val="center"/>
          </w:tcPr>
          <w:p>
            <w:r>
              <w:t>CIN</w:t>
            </w:r>
          </w:p>
        </w:tc>
        <w:tc>
          <w:tcPr>
            <w:tcW w:type="dxa" w:w="1728"/>
            <w:vAlign w:val="center"/>
          </w:tcPr>
          <w:p>
            <w:r>
              <w:t>AFC</w:t>
            </w:r>
          </w:p>
        </w:tc>
        <w:tc>
          <w:tcPr>
            <w:tcW w:type="dxa" w:w="1728"/>
            <w:vAlign w:val="center"/>
          </w:tcPr>
          <w:p>
            <w:r>
              <w:t>North</w:t>
            </w:r>
          </w:p>
        </w:tc>
      </w:tr>
      <w:tr>
        <w:trPr>
          <w:cantSplit/>
        </w:trPr>
        <w:tc>
          <w:tcPr>
            <w:tcW w:type="dxa" w:w="4752"/>
            <w:vAlign w:val="center"/>
          </w:tcPr>
          <w:p>
            <w:r>
              <w:t>Cleveland Browns</w:t>
            </w:r>
          </w:p>
        </w:tc>
        <w:tc>
          <w:tcPr>
            <w:tcW w:type="dxa" w:w="1728"/>
            <w:vAlign w:val="center"/>
          </w:tcPr>
          <w:p>
            <w:r>
              <w:t>CLE</w:t>
            </w:r>
          </w:p>
        </w:tc>
        <w:tc>
          <w:tcPr>
            <w:tcW w:type="dxa" w:w="1728"/>
            <w:vAlign w:val="center"/>
          </w:tcPr>
          <w:p>
            <w:r>
              <w:t>AFC</w:t>
            </w:r>
          </w:p>
        </w:tc>
        <w:tc>
          <w:tcPr>
            <w:tcW w:type="dxa" w:w="1728"/>
            <w:vAlign w:val="center"/>
          </w:tcPr>
          <w:p>
            <w:r>
              <w:t>North</w:t>
            </w:r>
          </w:p>
        </w:tc>
      </w:tr>
      <w:tr>
        <w:trPr>
          <w:cantSplit/>
        </w:trPr>
        <w:tc>
          <w:tcPr>
            <w:tcW w:type="dxa" w:w="4752"/>
            <w:vAlign w:val="center"/>
          </w:tcPr>
          <w:p>
            <w:r>
              <w:t>Pittsburgh Steelers</w:t>
            </w:r>
          </w:p>
        </w:tc>
        <w:tc>
          <w:tcPr>
            <w:tcW w:type="dxa" w:w="1728"/>
            <w:vAlign w:val="center"/>
          </w:tcPr>
          <w:p>
            <w:r>
              <w:t>PIT</w:t>
            </w:r>
          </w:p>
        </w:tc>
        <w:tc>
          <w:tcPr>
            <w:tcW w:type="dxa" w:w="1728"/>
            <w:vAlign w:val="center"/>
          </w:tcPr>
          <w:p>
            <w:r>
              <w:t>AFC</w:t>
            </w:r>
          </w:p>
        </w:tc>
        <w:tc>
          <w:tcPr>
            <w:tcW w:type="dxa" w:w="1728"/>
            <w:vAlign w:val="center"/>
          </w:tcPr>
          <w:p>
            <w:r>
              <w:t>North</w:t>
            </w:r>
          </w:p>
        </w:tc>
      </w:tr>
      <w:tr>
        <w:trPr>
          <w:cantSplit/>
        </w:trPr>
        <w:tc>
          <w:tcPr>
            <w:tcW w:type="dxa" w:w="4752"/>
            <w:vAlign w:val="center"/>
          </w:tcPr>
          <w:p>
            <w:r>
              <w:t>Houston Texans</w:t>
            </w:r>
          </w:p>
        </w:tc>
        <w:tc>
          <w:tcPr>
            <w:tcW w:type="dxa" w:w="1728"/>
            <w:vAlign w:val="center"/>
          </w:tcPr>
          <w:p>
            <w:r>
              <w:t>HOU</w:t>
            </w:r>
          </w:p>
        </w:tc>
        <w:tc>
          <w:tcPr>
            <w:tcW w:type="dxa" w:w="1728"/>
            <w:vAlign w:val="center"/>
          </w:tcPr>
          <w:p>
            <w:r>
              <w:t>AFC</w:t>
            </w:r>
          </w:p>
        </w:tc>
        <w:tc>
          <w:tcPr>
            <w:tcW w:type="dxa" w:w="1728"/>
            <w:vAlign w:val="center"/>
          </w:tcPr>
          <w:p>
            <w:r>
              <w:t>South</w:t>
            </w:r>
          </w:p>
        </w:tc>
      </w:tr>
      <w:tr>
        <w:trPr>
          <w:cantSplit/>
        </w:trPr>
        <w:tc>
          <w:tcPr>
            <w:tcW w:type="dxa" w:w="4752"/>
            <w:vAlign w:val="center"/>
          </w:tcPr>
          <w:p>
            <w:r>
              <w:t>Indianapolis Colts</w:t>
            </w:r>
          </w:p>
        </w:tc>
        <w:tc>
          <w:tcPr>
            <w:tcW w:type="dxa" w:w="1728"/>
            <w:vAlign w:val="center"/>
          </w:tcPr>
          <w:p>
            <w:r>
              <w:t>IND</w:t>
            </w:r>
          </w:p>
        </w:tc>
        <w:tc>
          <w:tcPr>
            <w:tcW w:type="dxa" w:w="1728"/>
            <w:vAlign w:val="center"/>
          </w:tcPr>
          <w:p>
            <w:r>
              <w:t>AFC</w:t>
            </w:r>
          </w:p>
        </w:tc>
        <w:tc>
          <w:tcPr>
            <w:tcW w:type="dxa" w:w="1728"/>
            <w:vAlign w:val="center"/>
          </w:tcPr>
          <w:p>
            <w:r>
              <w:t>South</w:t>
            </w:r>
          </w:p>
        </w:tc>
      </w:tr>
      <w:tr>
        <w:trPr>
          <w:cantSplit/>
        </w:trPr>
        <w:tc>
          <w:tcPr>
            <w:tcW w:type="dxa" w:w="4752"/>
            <w:vAlign w:val="center"/>
          </w:tcPr>
          <w:p>
            <w:r>
              <w:t>Jacksonville Jaguars</w:t>
            </w:r>
          </w:p>
        </w:tc>
        <w:tc>
          <w:tcPr>
            <w:tcW w:type="dxa" w:w="1728"/>
            <w:vAlign w:val="center"/>
          </w:tcPr>
          <w:p>
            <w:r>
              <w:t>JAX</w:t>
            </w:r>
          </w:p>
        </w:tc>
        <w:tc>
          <w:tcPr>
            <w:tcW w:type="dxa" w:w="1728"/>
            <w:vAlign w:val="center"/>
          </w:tcPr>
          <w:p>
            <w:r>
              <w:t>AFC</w:t>
            </w:r>
          </w:p>
        </w:tc>
        <w:tc>
          <w:tcPr>
            <w:tcW w:type="dxa" w:w="1728"/>
            <w:vAlign w:val="center"/>
          </w:tcPr>
          <w:p>
            <w:r>
              <w:t>South</w:t>
            </w:r>
          </w:p>
        </w:tc>
      </w:tr>
      <w:tr>
        <w:trPr>
          <w:cantSplit/>
        </w:trPr>
        <w:tc>
          <w:tcPr>
            <w:tcW w:type="dxa" w:w="4752"/>
            <w:vAlign w:val="center"/>
          </w:tcPr>
          <w:p>
            <w:r>
              <w:t>Tennessee Titans</w:t>
            </w:r>
          </w:p>
        </w:tc>
        <w:tc>
          <w:tcPr>
            <w:tcW w:type="dxa" w:w="1728"/>
            <w:vAlign w:val="center"/>
          </w:tcPr>
          <w:p>
            <w:r>
              <w:t>TEN</w:t>
            </w:r>
          </w:p>
        </w:tc>
        <w:tc>
          <w:tcPr>
            <w:tcW w:type="dxa" w:w="1728"/>
            <w:vAlign w:val="center"/>
          </w:tcPr>
          <w:p>
            <w:r>
              <w:t>AFC</w:t>
            </w:r>
          </w:p>
        </w:tc>
        <w:tc>
          <w:tcPr>
            <w:tcW w:type="dxa" w:w="1728"/>
            <w:vAlign w:val="center"/>
          </w:tcPr>
          <w:p>
            <w:r>
              <w:t>South</w:t>
            </w:r>
          </w:p>
        </w:tc>
      </w:tr>
      <w:tr>
        <w:trPr>
          <w:cantSplit/>
        </w:trPr>
        <w:tc>
          <w:tcPr>
            <w:tcW w:type="dxa" w:w="4752"/>
            <w:vAlign w:val="center"/>
          </w:tcPr>
          <w:p>
            <w:r>
              <w:t>Denver Broncos</w:t>
            </w:r>
          </w:p>
        </w:tc>
        <w:tc>
          <w:tcPr>
            <w:tcW w:type="dxa" w:w="1728"/>
            <w:vAlign w:val="center"/>
          </w:tcPr>
          <w:p>
            <w:r>
              <w:t>DEN</w:t>
            </w:r>
          </w:p>
        </w:tc>
        <w:tc>
          <w:tcPr>
            <w:tcW w:type="dxa" w:w="1728"/>
            <w:vAlign w:val="center"/>
          </w:tcPr>
          <w:p>
            <w:r>
              <w:t>AFC</w:t>
            </w:r>
          </w:p>
        </w:tc>
        <w:tc>
          <w:tcPr>
            <w:tcW w:type="dxa" w:w="1728"/>
            <w:vAlign w:val="center"/>
          </w:tcPr>
          <w:p>
            <w:r>
              <w:t>West</w:t>
            </w:r>
          </w:p>
        </w:tc>
      </w:tr>
      <w:tr>
        <w:trPr>
          <w:cantSplit/>
        </w:trPr>
        <w:tc>
          <w:tcPr>
            <w:tcW w:type="dxa" w:w="4752"/>
            <w:vAlign w:val="center"/>
          </w:tcPr>
          <w:p>
            <w:r>
              <w:t>Kansas City Chiefs</w:t>
            </w:r>
          </w:p>
        </w:tc>
        <w:tc>
          <w:tcPr>
            <w:tcW w:type="dxa" w:w="1728"/>
            <w:vAlign w:val="center"/>
          </w:tcPr>
          <w:p>
            <w:r>
              <w:t>KC</w:t>
            </w:r>
          </w:p>
        </w:tc>
        <w:tc>
          <w:tcPr>
            <w:tcW w:type="dxa" w:w="1728"/>
            <w:vAlign w:val="center"/>
          </w:tcPr>
          <w:p>
            <w:r>
              <w:t>AFC</w:t>
            </w:r>
          </w:p>
        </w:tc>
        <w:tc>
          <w:tcPr>
            <w:tcW w:type="dxa" w:w="1728"/>
            <w:vAlign w:val="center"/>
          </w:tcPr>
          <w:p>
            <w:r>
              <w:t>West</w:t>
            </w:r>
          </w:p>
        </w:tc>
      </w:tr>
      <w:tr>
        <w:trPr>
          <w:cantSplit/>
        </w:trPr>
        <w:tc>
          <w:tcPr>
            <w:tcW w:type="dxa" w:w="4752"/>
            <w:vAlign w:val="center"/>
          </w:tcPr>
          <w:p>
            <w:r>
              <w:t>Las Vegas Raiders</w:t>
            </w:r>
          </w:p>
        </w:tc>
        <w:tc>
          <w:tcPr>
            <w:tcW w:type="dxa" w:w="1728"/>
            <w:vAlign w:val="center"/>
          </w:tcPr>
          <w:p>
            <w:r>
              <w:t>LV</w:t>
            </w:r>
          </w:p>
        </w:tc>
        <w:tc>
          <w:tcPr>
            <w:tcW w:type="dxa" w:w="1728"/>
            <w:vAlign w:val="center"/>
          </w:tcPr>
          <w:p>
            <w:r>
              <w:t>AFC</w:t>
            </w:r>
          </w:p>
        </w:tc>
        <w:tc>
          <w:tcPr>
            <w:tcW w:type="dxa" w:w="1728"/>
            <w:vAlign w:val="center"/>
          </w:tcPr>
          <w:p>
            <w:r>
              <w:t>West</w:t>
            </w:r>
          </w:p>
        </w:tc>
      </w:tr>
      <w:tr>
        <w:trPr>
          <w:cantSplit/>
        </w:trPr>
        <w:tc>
          <w:tcPr>
            <w:tcW w:type="dxa" w:w="4752"/>
            <w:vAlign w:val="center"/>
          </w:tcPr>
          <w:p>
            <w:r>
              <w:t>Los Angeles Chargers</w:t>
            </w:r>
          </w:p>
        </w:tc>
        <w:tc>
          <w:tcPr>
            <w:tcW w:type="dxa" w:w="1728"/>
            <w:vAlign w:val="center"/>
          </w:tcPr>
          <w:p>
            <w:r>
              <w:t>LAC</w:t>
            </w:r>
          </w:p>
        </w:tc>
        <w:tc>
          <w:tcPr>
            <w:tcW w:type="dxa" w:w="1728"/>
            <w:vAlign w:val="center"/>
          </w:tcPr>
          <w:p>
            <w:r>
              <w:t>AFC</w:t>
            </w:r>
          </w:p>
        </w:tc>
        <w:tc>
          <w:tcPr>
            <w:tcW w:type="dxa" w:w="1728"/>
            <w:vAlign w:val="center"/>
          </w:tcPr>
          <w:p>
            <w:r>
              <w:t>West</w:t>
            </w:r>
          </w:p>
        </w:tc>
      </w:tr>
      <w:tr>
        <w:trPr>
          <w:cantSplit/>
        </w:trPr>
        <w:tc>
          <w:tcPr>
            <w:tcW w:type="dxa" w:w="4752"/>
            <w:vAlign w:val="center"/>
          </w:tcPr>
          <w:p>
            <w:r>
              <w:t>Dallas Cowboys</w:t>
            </w:r>
          </w:p>
        </w:tc>
        <w:tc>
          <w:tcPr>
            <w:tcW w:type="dxa" w:w="1728"/>
            <w:vAlign w:val="center"/>
          </w:tcPr>
          <w:p>
            <w:r>
              <w:t>DAL</w:t>
            </w:r>
          </w:p>
        </w:tc>
        <w:tc>
          <w:tcPr>
            <w:tcW w:type="dxa" w:w="1728"/>
            <w:vAlign w:val="center"/>
          </w:tcPr>
          <w:p>
            <w:r>
              <w:t>NFC</w:t>
            </w:r>
          </w:p>
        </w:tc>
        <w:tc>
          <w:tcPr>
            <w:tcW w:type="dxa" w:w="1728"/>
            <w:vAlign w:val="center"/>
          </w:tcPr>
          <w:p>
            <w:r>
              <w:t>East</w:t>
            </w:r>
          </w:p>
        </w:tc>
      </w:tr>
      <w:tr>
        <w:trPr>
          <w:cantSplit/>
        </w:trPr>
        <w:tc>
          <w:tcPr>
            <w:tcW w:type="dxa" w:w="4752"/>
            <w:vAlign w:val="center"/>
          </w:tcPr>
          <w:p>
            <w:r>
              <w:t>New York Giants</w:t>
            </w:r>
          </w:p>
        </w:tc>
        <w:tc>
          <w:tcPr>
            <w:tcW w:type="dxa" w:w="1728"/>
            <w:vAlign w:val="center"/>
          </w:tcPr>
          <w:p>
            <w:r>
              <w:t>NYG</w:t>
            </w:r>
          </w:p>
        </w:tc>
        <w:tc>
          <w:tcPr>
            <w:tcW w:type="dxa" w:w="1728"/>
            <w:vAlign w:val="center"/>
          </w:tcPr>
          <w:p>
            <w:r>
              <w:t>NFC</w:t>
            </w:r>
          </w:p>
        </w:tc>
        <w:tc>
          <w:tcPr>
            <w:tcW w:type="dxa" w:w="1728"/>
            <w:vAlign w:val="center"/>
          </w:tcPr>
          <w:p>
            <w:r>
              <w:t>East</w:t>
            </w:r>
          </w:p>
        </w:tc>
      </w:tr>
      <w:tr>
        <w:trPr>
          <w:cantSplit/>
        </w:trPr>
        <w:tc>
          <w:tcPr>
            <w:tcW w:type="dxa" w:w="4752"/>
            <w:vAlign w:val="center"/>
          </w:tcPr>
          <w:p>
            <w:r>
              <w:t>Philadelphia Eagles</w:t>
            </w:r>
          </w:p>
        </w:tc>
        <w:tc>
          <w:tcPr>
            <w:tcW w:type="dxa" w:w="1728"/>
            <w:vAlign w:val="center"/>
          </w:tcPr>
          <w:p>
            <w:r>
              <w:t>PHI</w:t>
            </w:r>
          </w:p>
        </w:tc>
        <w:tc>
          <w:tcPr>
            <w:tcW w:type="dxa" w:w="1728"/>
            <w:vAlign w:val="center"/>
          </w:tcPr>
          <w:p>
            <w:r>
              <w:t>NFC</w:t>
            </w:r>
          </w:p>
        </w:tc>
        <w:tc>
          <w:tcPr>
            <w:tcW w:type="dxa" w:w="1728"/>
            <w:vAlign w:val="center"/>
          </w:tcPr>
          <w:p>
            <w:r>
              <w:t>East</w:t>
            </w:r>
          </w:p>
        </w:tc>
      </w:tr>
      <w:tr>
        <w:trPr>
          <w:cantSplit/>
        </w:trPr>
        <w:tc>
          <w:tcPr>
            <w:tcW w:type="dxa" w:w="4752"/>
            <w:vAlign w:val="center"/>
          </w:tcPr>
          <w:p>
            <w:r>
              <w:t>Washington Commanders</w:t>
            </w:r>
          </w:p>
        </w:tc>
        <w:tc>
          <w:tcPr>
            <w:tcW w:type="dxa" w:w="1728"/>
            <w:vAlign w:val="center"/>
          </w:tcPr>
          <w:p>
            <w:r>
              <w:t>WAS</w:t>
            </w:r>
          </w:p>
        </w:tc>
        <w:tc>
          <w:tcPr>
            <w:tcW w:type="dxa" w:w="1728"/>
            <w:vAlign w:val="center"/>
          </w:tcPr>
          <w:p>
            <w:r>
              <w:t>NFC</w:t>
            </w:r>
          </w:p>
        </w:tc>
        <w:tc>
          <w:tcPr>
            <w:tcW w:type="dxa" w:w="1728"/>
            <w:vAlign w:val="center"/>
          </w:tcPr>
          <w:p>
            <w:r>
              <w:t>East</w:t>
            </w:r>
          </w:p>
        </w:tc>
      </w:tr>
      <w:tr>
        <w:trPr>
          <w:cantSplit/>
        </w:trPr>
        <w:tc>
          <w:tcPr>
            <w:tcW w:type="dxa" w:w="4752"/>
            <w:vAlign w:val="center"/>
          </w:tcPr>
          <w:p>
            <w:r>
              <w:t>Chicago Bears</w:t>
            </w:r>
          </w:p>
        </w:tc>
        <w:tc>
          <w:tcPr>
            <w:tcW w:type="dxa" w:w="1728"/>
            <w:vAlign w:val="center"/>
          </w:tcPr>
          <w:p>
            <w:r>
              <w:t>CHI</w:t>
            </w:r>
          </w:p>
        </w:tc>
        <w:tc>
          <w:tcPr>
            <w:tcW w:type="dxa" w:w="1728"/>
            <w:vAlign w:val="center"/>
          </w:tcPr>
          <w:p>
            <w:r>
              <w:t>NFC</w:t>
            </w:r>
          </w:p>
        </w:tc>
        <w:tc>
          <w:tcPr>
            <w:tcW w:type="dxa" w:w="1728"/>
            <w:vAlign w:val="center"/>
          </w:tcPr>
          <w:p>
            <w:r>
              <w:t>North</w:t>
            </w:r>
          </w:p>
        </w:tc>
      </w:tr>
      <w:tr>
        <w:trPr>
          <w:cantSplit/>
        </w:trPr>
        <w:tc>
          <w:tcPr>
            <w:tcW w:type="dxa" w:w="4752"/>
            <w:vAlign w:val="center"/>
          </w:tcPr>
          <w:p>
            <w:r>
              <w:t>Detroit Lions</w:t>
            </w:r>
          </w:p>
        </w:tc>
        <w:tc>
          <w:tcPr>
            <w:tcW w:type="dxa" w:w="1728"/>
            <w:vAlign w:val="center"/>
          </w:tcPr>
          <w:p>
            <w:r>
              <w:t>DET</w:t>
            </w:r>
          </w:p>
        </w:tc>
        <w:tc>
          <w:tcPr>
            <w:tcW w:type="dxa" w:w="1728"/>
            <w:vAlign w:val="center"/>
          </w:tcPr>
          <w:p>
            <w:r>
              <w:t>NFC</w:t>
            </w:r>
          </w:p>
        </w:tc>
        <w:tc>
          <w:tcPr>
            <w:tcW w:type="dxa" w:w="1728"/>
            <w:vAlign w:val="center"/>
          </w:tcPr>
          <w:p>
            <w:r>
              <w:t>North</w:t>
            </w:r>
          </w:p>
        </w:tc>
      </w:tr>
      <w:tr>
        <w:trPr>
          <w:cantSplit/>
        </w:trPr>
        <w:tc>
          <w:tcPr>
            <w:tcW w:type="dxa" w:w="4752"/>
            <w:vAlign w:val="center"/>
          </w:tcPr>
          <w:p>
            <w:r>
              <w:t>Green Bay Packers</w:t>
            </w:r>
          </w:p>
        </w:tc>
        <w:tc>
          <w:tcPr>
            <w:tcW w:type="dxa" w:w="1728"/>
            <w:vAlign w:val="center"/>
          </w:tcPr>
          <w:p>
            <w:r>
              <w:t>GB</w:t>
            </w:r>
          </w:p>
        </w:tc>
        <w:tc>
          <w:tcPr>
            <w:tcW w:type="dxa" w:w="1728"/>
            <w:vAlign w:val="center"/>
          </w:tcPr>
          <w:p>
            <w:r>
              <w:t>NFC</w:t>
            </w:r>
          </w:p>
        </w:tc>
        <w:tc>
          <w:tcPr>
            <w:tcW w:type="dxa" w:w="1728"/>
            <w:vAlign w:val="center"/>
          </w:tcPr>
          <w:p>
            <w:r>
              <w:t>North</w:t>
            </w:r>
          </w:p>
        </w:tc>
      </w:tr>
      <w:tr>
        <w:trPr>
          <w:cantSplit/>
        </w:trPr>
        <w:tc>
          <w:tcPr>
            <w:tcW w:type="dxa" w:w="4752"/>
            <w:vAlign w:val="center"/>
          </w:tcPr>
          <w:p>
            <w:r>
              <w:t>Minnesota Vikings</w:t>
            </w:r>
          </w:p>
        </w:tc>
        <w:tc>
          <w:tcPr>
            <w:tcW w:type="dxa" w:w="1728"/>
            <w:vAlign w:val="center"/>
          </w:tcPr>
          <w:p>
            <w:r>
              <w:t>MIN</w:t>
            </w:r>
          </w:p>
        </w:tc>
        <w:tc>
          <w:tcPr>
            <w:tcW w:type="dxa" w:w="1728"/>
            <w:vAlign w:val="center"/>
          </w:tcPr>
          <w:p>
            <w:r>
              <w:t>NFC</w:t>
            </w:r>
          </w:p>
        </w:tc>
        <w:tc>
          <w:tcPr>
            <w:tcW w:type="dxa" w:w="1728"/>
            <w:vAlign w:val="center"/>
          </w:tcPr>
          <w:p>
            <w:r>
              <w:t>North</w:t>
            </w:r>
          </w:p>
        </w:tc>
      </w:tr>
      <w:tr>
        <w:trPr>
          <w:cantSplit/>
        </w:trPr>
        <w:tc>
          <w:tcPr>
            <w:tcW w:type="dxa" w:w="4752"/>
            <w:vAlign w:val="center"/>
          </w:tcPr>
          <w:p>
            <w:r>
              <w:t>Atlanta Falcons</w:t>
            </w:r>
          </w:p>
        </w:tc>
        <w:tc>
          <w:tcPr>
            <w:tcW w:type="dxa" w:w="1728"/>
            <w:vAlign w:val="center"/>
          </w:tcPr>
          <w:p>
            <w:r>
              <w:t>ATL</w:t>
            </w:r>
          </w:p>
        </w:tc>
        <w:tc>
          <w:tcPr>
            <w:tcW w:type="dxa" w:w="1728"/>
            <w:vAlign w:val="center"/>
          </w:tcPr>
          <w:p>
            <w:r>
              <w:t>NFC</w:t>
            </w:r>
          </w:p>
        </w:tc>
        <w:tc>
          <w:tcPr>
            <w:tcW w:type="dxa" w:w="1728"/>
            <w:vAlign w:val="center"/>
          </w:tcPr>
          <w:p>
            <w:r>
              <w:t>South</w:t>
            </w:r>
          </w:p>
        </w:tc>
      </w:tr>
      <w:tr>
        <w:trPr>
          <w:cantSplit/>
        </w:trPr>
        <w:tc>
          <w:tcPr>
            <w:tcW w:type="dxa" w:w="4752"/>
            <w:vAlign w:val="center"/>
          </w:tcPr>
          <w:p>
            <w:r>
              <w:t>Carolina Panthers</w:t>
            </w:r>
          </w:p>
        </w:tc>
        <w:tc>
          <w:tcPr>
            <w:tcW w:type="dxa" w:w="1728"/>
            <w:vAlign w:val="center"/>
          </w:tcPr>
          <w:p>
            <w:r>
              <w:t>CAR</w:t>
            </w:r>
          </w:p>
        </w:tc>
        <w:tc>
          <w:tcPr>
            <w:tcW w:type="dxa" w:w="1728"/>
            <w:vAlign w:val="center"/>
          </w:tcPr>
          <w:p>
            <w:r>
              <w:t>NFC</w:t>
            </w:r>
          </w:p>
        </w:tc>
        <w:tc>
          <w:tcPr>
            <w:tcW w:type="dxa" w:w="1728"/>
            <w:vAlign w:val="center"/>
          </w:tcPr>
          <w:p>
            <w:r>
              <w:t>South</w:t>
            </w:r>
          </w:p>
        </w:tc>
      </w:tr>
      <w:tr>
        <w:trPr>
          <w:cantSplit/>
        </w:trPr>
        <w:tc>
          <w:tcPr>
            <w:tcW w:type="dxa" w:w="4752"/>
            <w:vAlign w:val="center"/>
          </w:tcPr>
          <w:p>
            <w:r>
              <w:t>New Orleans Saints</w:t>
            </w:r>
          </w:p>
        </w:tc>
        <w:tc>
          <w:tcPr>
            <w:tcW w:type="dxa" w:w="1728"/>
            <w:vAlign w:val="center"/>
          </w:tcPr>
          <w:p>
            <w:r>
              <w:t>NO</w:t>
            </w:r>
          </w:p>
        </w:tc>
        <w:tc>
          <w:tcPr>
            <w:tcW w:type="dxa" w:w="1728"/>
            <w:vAlign w:val="center"/>
          </w:tcPr>
          <w:p>
            <w:r>
              <w:t>NFC</w:t>
            </w:r>
          </w:p>
        </w:tc>
        <w:tc>
          <w:tcPr>
            <w:tcW w:type="dxa" w:w="1728"/>
            <w:vAlign w:val="center"/>
          </w:tcPr>
          <w:p>
            <w:r>
              <w:t>South</w:t>
            </w:r>
          </w:p>
        </w:tc>
      </w:tr>
      <w:tr>
        <w:trPr>
          <w:cantSplit/>
        </w:trPr>
        <w:tc>
          <w:tcPr>
            <w:tcW w:type="dxa" w:w="4752"/>
            <w:vAlign w:val="center"/>
          </w:tcPr>
          <w:p>
            <w:r>
              <w:t>Tampa Bay Buccaneers</w:t>
            </w:r>
          </w:p>
        </w:tc>
        <w:tc>
          <w:tcPr>
            <w:tcW w:type="dxa" w:w="1728"/>
            <w:vAlign w:val="center"/>
          </w:tcPr>
          <w:p>
            <w:r>
              <w:t>TB</w:t>
            </w:r>
          </w:p>
        </w:tc>
        <w:tc>
          <w:tcPr>
            <w:tcW w:type="dxa" w:w="1728"/>
            <w:vAlign w:val="center"/>
          </w:tcPr>
          <w:p>
            <w:r>
              <w:t>NFC</w:t>
            </w:r>
          </w:p>
        </w:tc>
        <w:tc>
          <w:tcPr>
            <w:tcW w:type="dxa" w:w="1728"/>
            <w:vAlign w:val="center"/>
          </w:tcPr>
          <w:p>
            <w:r>
              <w:t>South</w:t>
            </w:r>
          </w:p>
        </w:tc>
      </w:tr>
      <w:tr>
        <w:trPr>
          <w:cantSplit/>
        </w:trPr>
        <w:tc>
          <w:tcPr>
            <w:tcW w:type="dxa" w:w="4752"/>
            <w:vAlign w:val="center"/>
          </w:tcPr>
          <w:p>
            <w:r>
              <w:t>Arizona Cardinals</w:t>
            </w:r>
          </w:p>
        </w:tc>
        <w:tc>
          <w:tcPr>
            <w:tcW w:type="dxa" w:w="1728"/>
            <w:vAlign w:val="center"/>
          </w:tcPr>
          <w:p>
            <w:r>
              <w:t>ARI</w:t>
            </w:r>
          </w:p>
        </w:tc>
        <w:tc>
          <w:tcPr>
            <w:tcW w:type="dxa" w:w="1728"/>
            <w:vAlign w:val="center"/>
          </w:tcPr>
          <w:p>
            <w:r>
              <w:t>NFC</w:t>
            </w:r>
          </w:p>
        </w:tc>
        <w:tc>
          <w:tcPr>
            <w:tcW w:type="dxa" w:w="1728"/>
            <w:vAlign w:val="center"/>
          </w:tcPr>
          <w:p>
            <w:r>
              <w:t>West</w:t>
            </w:r>
          </w:p>
        </w:tc>
      </w:tr>
      <w:tr>
        <w:trPr>
          <w:cantSplit/>
        </w:trPr>
        <w:tc>
          <w:tcPr>
            <w:tcW w:type="dxa" w:w="4752"/>
            <w:vAlign w:val="center"/>
          </w:tcPr>
          <w:p>
            <w:r>
              <w:t>Los Angeles Rams</w:t>
            </w:r>
          </w:p>
        </w:tc>
        <w:tc>
          <w:tcPr>
            <w:tcW w:type="dxa" w:w="1728"/>
            <w:vAlign w:val="center"/>
          </w:tcPr>
          <w:p>
            <w:r>
              <w:t>LAR</w:t>
            </w:r>
          </w:p>
        </w:tc>
        <w:tc>
          <w:tcPr>
            <w:tcW w:type="dxa" w:w="1728"/>
            <w:vAlign w:val="center"/>
          </w:tcPr>
          <w:p>
            <w:r>
              <w:t>NFC</w:t>
            </w:r>
          </w:p>
        </w:tc>
        <w:tc>
          <w:tcPr>
            <w:tcW w:type="dxa" w:w="1728"/>
            <w:vAlign w:val="center"/>
          </w:tcPr>
          <w:p>
            <w:r>
              <w:t>West</w:t>
            </w:r>
          </w:p>
        </w:tc>
      </w:tr>
      <w:tr>
        <w:trPr>
          <w:cantSplit/>
        </w:trPr>
        <w:tc>
          <w:tcPr>
            <w:tcW w:type="dxa" w:w="4752"/>
            <w:vAlign w:val="center"/>
          </w:tcPr>
          <w:p>
            <w:r>
              <w:t>San Francisco 49ers</w:t>
            </w:r>
          </w:p>
        </w:tc>
        <w:tc>
          <w:tcPr>
            <w:tcW w:type="dxa" w:w="1728"/>
            <w:vAlign w:val="center"/>
          </w:tcPr>
          <w:p>
            <w:r>
              <w:t>SF</w:t>
            </w:r>
          </w:p>
        </w:tc>
        <w:tc>
          <w:tcPr>
            <w:tcW w:type="dxa" w:w="1728"/>
            <w:vAlign w:val="center"/>
          </w:tcPr>
          <w:p>
            <w:r>
              <w:t>NFC</w:t>
            </w:r>
          </w:p>
        </w:tc>
        <w:tc>
          <w:tcPr>
            <w:tcW w:type="dxa" w:w="1728"/>
            <w:vAlign w:val="center"/>
          </w:tcPr>
          <w:p>
            <w:r>
              <w:t>West</w:t>
            </w:r>
          </w:p>
        </w:tc>
      </w:tr>
      <w:tr>
        <w:trPr>
          <w:cantSplit/>
        </w:trPr>
        <w:tc>
          <w:tcPr>
            <w:tcW w:type="dxa" w:w="4752"/>
            <w:vAlign w:val="center"/>
          </w:tcPr>
          <w:p>
            <w:r>
              <w:t>Seattle Seahawks</w:t>
            </w:r>
          </w:p>
        </w:tc>
        <w:tc>
          <w:tcPr>
            <w:tcW w:type="dxa" w:w="1728"/>
            <w:vAlign w:val="center"/>
          </w:tcPr>
          <w:p>
            <w:r>
              <w:t>SEA</w:t>
            </w:r>
          </w:p>
        </w:tc>
        <w:tc>
          <w:tcPr>
            <w:tcW w:type="dxa" w:w="1728"/>
            <w:vAlign w:val="center"/>
          </w:tcPr>
          <w:p>
            <w:r>
              <w:t>NFC</w:t>
            </w:r>
          </w:p>
        </w:tc>
        <w:tc>
          <w:tcPr>
            <w:tcW w:type="dxa" w:w="1728"/>
            <w:vAlign w:val="center"/>
          </w:tcPr>
          <w:p>
            <w:r>
              <w:t>West</w:t>
            </w:r>
          </w:p>
        </w:tc>
      </w:tr>
    </w:tbl>
    <w:p>
      <w:r>
        <w:br w:type="page"/>
      </w:r>
    </w:p>
    <w:p>
      <w:pPr>
        <w:pStyle w:val="Heading1"/>
      </w:pPr>
      <w:r>
        <w:t>Alphabetical Directory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  <w:gridCol w:w="1728"/>
      </w:tblGrid>
      <w:tr>
        <w:trPr>
          <w:tblHeader w:val="true"/>
        </w:trPr>
        <w:tc>
          <w:tcPr>
            <w:tcW w:type="dxa" w:w="648"/>
            <w:shd w:fill="142B4A"/>
          </w:tcPr>
          <w:p>
            <w:r>
              <w:rPr>
                <w:color w:val="FFFFFF"/>
              </w:rPr>
              <w:t>No.</w:t>
            </w:r>
          </w:p>
        </w:tc>
        <w:tc>
          <w:tcPr>
            <w:tcW w:type="dxa" w:w="3600"/>
            <w:shd w:fill="142B4A"/>
          </w:tcPr>
          <w:p>
            <w:r>
              <w:rPr>
                <w:color w:val="FFFFFF"/>
              </w:rPr>
              <w:t>Team</w:t>
            </w:r>
          </w:p>
        </w:tc>
        <w:tc>
          <w:tcPr>
            <w:tcW w:type="dxa" w:w="936"/>
            <w:shd w:fill="142B4A"/>
          </w:tcPr>
          <w:p>
            <w:r>
              <w:rPr>
                <w:color w:val="FFFFFF"/>
              </w:rPr>
              <w:t>Abbr.</w:t>
            </w:r>
          </w:p>
        </w:tc>
        <w:tc>
          <w:tcPr>
            <w:tcW w:type="dxa" w:w="936"/>
            <w:shd w:fill="142B4A"/>
          </w:tcPr>
          <w:p>
            <w:r>
              <w:rPr>
                <w:color w:val="FFFFFF"/>
              </w:rPr>
              <w:t>Conf.</w:t>
            </w:r>
          </w:p>
        </w:tc>
        <w:tc>
          <w:tcPr>
            <w:tcW w:type="dxa" w:w="1152"/>
            <w:shd w:fill="142B4A"/>
          </w:tcPr>
          <w:p>
            <w:r>
              <w:rPr>
                <w:color w:val="FFFFFF"/>
              </w:rPr>
              <w:t>Division</w:t>
            </w:r>
          </w:p>
        </w:tc>
        <w:tc>
          <w:tcPr>
            <w:tcW w:type="dxa" w:w="2376"/>
            <w:shd w:fill="142B4A"/>
          </w:tcPr>
          <w:p>
            <w:r>
              <w:rPr>
                <w:color w:val="FFFFFF"/>
              </w:rPr>
              <w:t>Notes</w:t>
            </w:r>
          </w:p>
        </w:tc>
      </w:tr>
      <w:tr>
        <w:trPr>
          <w:cantSplit/>
        </w:trPr>
        <w:tc>
          <w:tcPr>
            <w:tcW w:type="dxa" w:w="648"/>
            <w:vAlign w:val="center"/>
          </w:tcPr>
          <w:p>
            <w:r>
              <w:t>1</w:t>
            </w:r>
          </w:p>
        </w:tc>
        <w:tc>
          <w:tcPr>
            <w:tcW w:type="dxa" w:w="3600"/>
            <w:vAlign w:val="center"/>
          </w:tcPr>
          <w:p>
            <w:r>
              <w:t>Arizona Cardinals</w:t>
            </w:r>
          </w:p>
        </w:tc>
        <w:tc>
          <w:tcPr>
            <w:tcW w:type="dxa" w:w="936"/>
            <w:vAlign w:val="center"/>
          </w:tcPr>
          <w:p>
            <w:r>
              <w:t>ARI</w:t>
            </w:r>
          </w:p>
        </w:tc>
        <w:tc>
          <w:tcPr>
            <w:tcW w:type="dxa" w:w="936"/>
            <w:vAlign w:val="center"/>
          </w:tcPr>
          <w:p>
            <w:r>
              <w:t>NFC</w:t>
            </w:r>
          </w:p>
        </w:tc>
        <w:tc>
          <w:tcPr>
            <w:tcW w:type="dxa" w:w="1152"/>
            <w:vAlign w:val="center"/>
          </w:tcPr>
          <w:p>
            <w:r>
              <w:t>West</w:t>
            </w:r>
          </w:p>
        </w:tc>
        <w:tc>
          <w:tcPr>
            <w:tcW w:type="dxa" w:w="237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648"/>
            <w:vAlign w:val="center"/>
          </w:tcPr>
          <w:p>
            <w:r>
              <w:t>2</w:t>
            </w:r>
          </w:p>
        </w:tc>
        <w:tc>
          <w:tcPr>
            <w:tcW w:type="dxa" w:w="3600"/>
            <w:vAlign w:val="center"/>
          </w:tcPr>
          <w:p>
            <w:r>
              <w:t>Atlanta Falcons</w:t>
            </w:r>
          </w:p>
        </w:tc>
        <w:tc>
          <w:tcPr>
            <w:tcW w:type="dxa" w:w="936"/>
            <w:vAlign w:val="center"/>
          </w:tcPr>
          <w:p>
            <w:r>
              <w:t>ATL</w:t>
            </w:r>
          </w:p>
        </w:tc>
        <w:tc>
          <w:tcPr>
            <w:tcW w:type="dxa" w:w="936"/>
            <w:vAlign w:val="center"/>
          </w:tcPr>
          <w:p>
            <w:r>
              <w:t>NFC</w:t>
            </w:r>
          </w:p>
        </w:tc>
        <w:tc>
          <w:tcPr>
            <w:tcW w:type="dxa" w:w="1152"/>
            <w:vAlign w:val="center"/>
          </w:tcPr>
          <w:p>
            <w:r>
              <w:t>South</w:t>
            </w:r>
          </w:p>
        </w:tc>
        <w:tc>
          <w:tcPr>
            <w:tcW w:type="dxa" w:w="237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648"/>
            <w:vAlign w:val="center"/>
          </w:tcPr>
          <w:p>
            <w:r>
              <w:t>3</w:t>
            </w:r>
          </w:p>
        </w:tc>
        <w:tc>
          <w:tcPr>
            <w:tcW w:type="dxa" w:w="3600"/>
            <w:vAlign w:val="center"/>
          </w:tcPr>
          <w:p>
            <w:r>
              <w:t>Baltimore Ravens</w:t>
            </w:r>
          </w:p>
        </w:tc>
        <w:tc>
          <w:tcPr>
            <w:tcW w:type="dxa" w:w="936"/>
            <w:vAlign w:val="center"/>
          </w:tcPr>
          <w:p>
            <w:r>
              <w:t>BAL</w:t>
            </w:r>
          </w:p>
        </w:tc>
        <w:tc>
          <w:tcPr>
            <w:tcW w:type="dxa" w:w="936"/>
            <w:vAlign w:val="center"/>
          </w:tcPr>
          <w:p>
            <w:r>
              <w:t>AFC</w:t>
            </w:r>
          </w:p>
        </w:tc>
        <w:tc>
          <w:tcPr>
            <w:tcW w:type="dxa" w:w="1152"/>
            <w:vAlign w:val="center"/>
          </w:tcPr>
          <w:p>
            <w:r>
              <w:t>North</w:t>
            </w:r>
          </w:p>
        </w:tc>
        <w:tc>
          <w:tcPr>
            <w:tcW w:type="dxa" w:w="237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648"/>
            <w:vAlign w:val="center"/>
          </w:tcPr>
          <w:p>
            <w:r>
              <w:t>4</w:t>
            </w:r>
          </w:p>
        </w:tc>
        <w:tc>
          <w:tcPr>
            <w:tcW w:type="dxa" w:w="3600"/>
            <w:vAlign w:val="center"/>
          </w:tcPr>
          <w:p>
            <w:r>
              <w:t>Buffalo Bills</w:t>
            </w:r>
          </w:p>
        </w:tc>
        <w:tc>
          <w:tcPr>
            <w:tcW w:type="dxa" w:w="936"/>
            <w:vAlign w:val="center"/>
          </w:tcPr>
          <w:p>
            <w:r>
              <w:t>BUF</w:t>
            </w:r>
          </w:p>
        </w:tc>
        <w:tc>
          <w:tcPr>
            <w:tcW w:type="dxa" w:w="936"/>
            <w:vAlign w:val="center"/>
          </w:tcPr>
          <w:p>
            <w:r>
              <w:t>AFC</w:t>
            </w:r>
          </w:p>
        </w:tc>
        <w:tc>
          <w:tcPr>
            <w:tcW w:type="dxa" w:w="1152"/>
            <w:vAlign w:val="center"/>
          </w:tcPr>
          <w:p>
            <w:r>
              <w:t>East</w:t>
            </w:r>
          </w:p>
        </w:tc>
        <w:tc>
          <w:tcPr>
            <w:tcW w:type="dxa" w:w="237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648"/>
            <w:vAlign w:val="center"/>
          </w:tcPr>
          <w:p>
            <w:r>
              <w:t>5</w:t>
            </w:r>
          </w:p>
        </w:tc>
        <w:tc>
          <w:tcPr>
            <w:tcW w:type="dxa" w:w="3600"/>
            <w:vAlign w:val="center"/>
          </w:tcPr>
          <w:p>
            <w:r>
              <w:t>Carolina Panthers</w:t>
            </w:r>
          </w:p>
        </w:tc>
        <w:tc>
          <w:tcPr>
            <w:tcW w:type="dxa" w:w="936"/>
            <w:vAlign w:val="center"/>
          </w:tcPr>
          <w:p>
            <w:r>
              <w:t>CAR</w:t>
            </w:r>
          </w:p>
        </w:tc>
        <w:tc>
          <w:tcPr>
            <w:tcW w:type="dxa" w:w="936"/>
            <w:vAlign w:val="center"/>
          </w:tcPr>
          <w:p>
            <w:r>
              <w:t>NFC</w:t>
            </w:r>
          </w:p>
        </w:tc>
        <w:tc>
          <w:tcPr>
            <w:tcW w:type="dxa" w:w="1152"/>
            <w:vAlign w:val="center"/>
          </w:tcPr>
          <w:p>
            <w:r>
              <w:t>South</w:t>
            </w:r>
          </w:p>
        </w:tc>
        <w:tc>
          <w:tcPr>
            <w:tcW w:type="dxa" w:w="237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648"/>
            <w:vAlign w:val="center"/>
          </w:tcPr>
          <w:p>
            <w:r>
              <w:t>6</w:t>
            </w:r>
          </w:p>
        </w:tc>
        <w:tc>
          <w:tcPr>
            <w:tcW w:type="dxa" w:w="3600"/>
            <w:vAlign w:val="center"/>
          </w:tcPr>
          <w:p>
            <w:r>
              <w:t>Chicago Bears</w:t>
            </w:r>
          </w:p>
        </w:tc>
        <w:tc>
          <w:tcPr>
            <w:tcW w:type="dxa" w:w="936"/>
            <w:vAlign w:val="center"/>
          </w:tcPr>
          <w:p>
            <w:r>
              <w:t>CHI</w:t>
            </w:r>
          </w:p>
        </w:tc>
        <w:tc>
          <w:tcPr>
            <w:tcW w:type="dxa" w:w="936"/>
            <w:vAlign w:val="center"/>
          </w:tcPr>
          <w:p>
            <w:r>
              <w:t>NFC</w:t>
            </w:r>
          </w:p>
        </w:tc>
        <w:tc>
          <w:tcPr>
            <w:tcW w:type="dxa" w:w="1152"/>
            <w:vAlign w:val="center"/>
          </w:tcPr>
          <w:p>
            <w:r>
              <w:t>North</w:t>
            </w:r>
          </w:p>
        </w:tc>
        <w:tc>
          <w:tcPr>
            <w:tcW w:type="dxa" w:w="237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648"/>
            <w:vAlign w:val="center"/>
          </w:tcPr>
          <w:p>
            <w:r>
              <w:t>7</w:t>
            </w:r>
          </w:p>
        </w:tc>
        <w:tc>
          <w:tcPr>
            <w:tcW w:type="dxa" w:w="3600"/>
            <w:vAlign w:val="center"/>
          </w:tcPr>
          <w:p>
            <w:r>
              <w:t>Cincinnati Bengals</w:t>
            </w:r>
          </w:p>
        </w:tc>
        <w:tc>
          <w:tcPr>
            <w:tcW w:type="dxa" w:w="936"/>
            <w:vAlign w:val="center"/>
          </w:tcPr>
          <w:p>
            <w:r>
              <w:t>CIN</w:t>
            </w:r>
          </w:p>
        </w:tc>
        <w:tc>
          <w:tcPr>
            <w:tcW w:type="dxa" w:w="936"/>
            <w:vAlign w:val="center"/>
          </w:tcPr>
          <w:p>
            <w:r>
              <w:t>AFC</w:t>
            </w:r>
          </w:p>
        </w:tc>
        <w:tc>
          <w:tcPr>
            <w:tcW w:type="dxa" w:w="1152"/>
            <w:vAlign w:val="center"/>
          </w:tcPr>
          <w:p>
            <w:r>
              <w:t>North</w:t>
            </w:r>
          </w:p>
        </w:tc>
        <w:tc>
          <w:tcPr>
            <w:tcW w:type="dxa" w:w="237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648"/>
            <w:vAlign w:val="center"/>
          </w:tcPr>
          <w:p>
            <w:r>
              <w:t>8</w:t>
            </w:r>
          </w:p>
        </w:tc>
        <w:tc>
          <w:tcPr>
            <w:tcW w:type="dxa" w:w="3600"/>
            <w:vAlign w:val="center"/>
          </w:tcPr>
          <w:p>
            <w:r>
              <w:t>Cleveland Browns</w:t>
            </w:r>
          </w:p>
        </w:tc>
        <w:tc>
          <w:tcPr>
            <w:tcW w:type="dxa" w:w="936"/>
            <w:vAlign w:val="center"/>
          </w:tcPr>
          <w:p>
            <w:r>
              <w:t>CLE</w:t>
            </w:r>
          </w:p>
        </w:tc>
        <w:tc>
          <w:tcPr>
            <w:tcW w:type="dxa" w:w="936"/>
            <w:vAlign w:val="center"/>
          </w:tcPr>
          <w:p>
            <w:r>
              <w:t>AFC</w:t>
            </w:r>
          </w:p>
        </w:tc>
        <w:tc>
          <w:tcPr>
            <w:tcW w:type="dxa" w:w="1152"/>
            <w:vAlign w:val="center"/>
          </w:tcPr>
          <w:p>
            <w:r>
              <w:t>North</w:t>
            </w:r>
          </w:p>
        </w:tc>
        <w:tc>
          <w:tcPr>
            <w:tcW w:type="dxa" w:w="237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648"/>
            <w:vAlign w:val="center"/>
          </w:tcPr>
          <w:p>
            <w:r>
              <w:t>9</w:t>
            </w:r>
          </w:p>
        </w:tc>
        <w:tc>
          <w:tcPr>
            <w:tcW w:type="dxa" w:w="3600"/>
            <w:vAlign w:val="center"/>
          </w:tcPr>
          <w:p>
            <w:r>
              <w:t>Dallas Cowboys</w:t>
            </w:r>
          </w:p>
        </w:tc>
        <w:tc>
          <w:tcPr>
            <w:tcW w:type="dxa" w:w="936"/>
            <w:vAlign w:val="center"/>
          </w:tcPr>
          <w:p>
            <w:r>
              <w:t>DAL</w:t>
            </w:r>
          </w:p>
        </w:tc>
        <w:tc>
          <w:tcPr>
            <w:tcW w:type="dxa" w:w="936"/>
            <w:vAlign w:val="center"/>
          </w:tcPr>
          <w:p>
            <w:r>
              <w:t>NFC</w:t>
            </w:r>
          </w:p>
        </w:tc>
        <w:tc>
          <w:tcPr>
            <w:tcW w:type="dxa" w:w="1152"/>
            <w:vAlign w:val="center"/>
          </w:tcPr>
          <w:p>
            <w:r>
              <w:t>East</w:t>
            </w:r>
          </w:p>
        </w:tc>
        <w:tc>
          <w:tcPr>
            <w:tcW w:type="dxa" w:w="237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648"/>
            <w:vAlign w:val="center"/>
          </w:tcPr>
          <w:p>
            <w:r>
              <w:t>10</w:t>
            </w:r>
          </w:p>
        </w:tc>
        <w:tc>
          <w:tcPr>
            <w:tcW w:type="dxa" w:w="3600"/>
            <w:vAlign w:val="center"/>
          </w:tcPr>
          <w:p>
            <w:r>
              <w:t>Denver Broncos</w:t>
            </w:r>
          </w:p>
        </w:tc>
        <w:tc>
          <w:tcPr>
            <w:tcW w:type="dxa" w:w="936"/>
            <w:vAlign w:val="center"/>
          </w:tcPr>
          <w:p>
            <w:r>
              <w:t>DEN</w:t>
            </w:r>
          </w:p>
        </w:tc>
        <w:tc>
          <w:tcPr>
            <w:tcW w:type="dxa" w:w="936"/>
            <w:vAlign w:val="center"/>
          </w:tcPr>
          <w:p>
            <w:r>
              <w:t>AFC</w:t>
            </w:r>
          </w:p>
        </w:tc>
        <w:tc>
          <w:tcPr>
            <w:tcW w:type="dxa" w:w="1152"/>
            <w:vAlign w:val="center"/>
          </w:tcPr>
          <w:p>
            <w:r>
              <w:t>West</w:t>
            </w:r>
          </w:p>
        </w:tc>
        <w:tc>
          <w:tcPr>
            <w:tcW w:type="dxa" w:w="237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648"/>
            <w:vAlign w:val="center"/>
          </w:tcPr>
          <w:p>
            <w:r>
              <w:t>11</w:t>
            </w:r>
          </w:p>
        </w:tc>
        <w:tc>
          <w:tcPr>
            <w:tcW w:type="dxa" w:w="3600"/>
            <w:vAlign w:val="center"/>
          </w:tcPr>
          <w:p>
            <w:r>
              <w:t>Detroit Lions</w:t>
            </w:r>
          </w:p>
        </w:tc>
        <w:tc>
          <w:tcPr>
            <w:tcW w:type="dxa" w:w="936"/>
            <w:vAlign w:val="center"/>
          </w:tcPr>
          <w:p>
            <w:r>
              <w:t>DET</w:t>
            </w:r>
          </w:p>
        </w:tc>
        <w:tc>
          <w:tcPr>
            <w:tcW w:type="dxa" w:w="936"/>
            <w:vAlign w:val="center"/>
          </w:tcPr>
          <w:p>
            <w:r>
              <w:t>NFC</w:t>
            </w:r>
          </w:p>
        </w:tc>
        <w:tc>
          <w:tcPr>
            <w:tcW w:type="dxa" w:w="1152"/>
            <w:vAlign w:val="center"/>
          </w:tcPr>
          <w:p>
            <w:r>
              <w:t>North</w:t>
            </w:r>
          </w:p>
        </w:tc>
        <w:tc>
          <w:tcPr>
            <w:tcW w:type="dxa" w:w="237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648"/>
            <w:vAlign w:val="center"/>
          </w:tcPr>
          <w:p>
            <w:r>
              <w:t>12</w:t>
            </w:r>
          </w:p>
        </w:tc>
        <w:tc>
          <w:tcPr>
            <w:tcW w:type="dxa" w:w="3600"/>
            <w:vAlign w:val="center"/>
          </w:tcPr>
          <w:p>
            <w:r>
              <w:t>Green Bay Packers</w:t>
            </w:r>
          </w:p>
        </w:tc>
        <w:tc>
          <w:tcPr>
            <w:tcW w:type="dxa" w:w="936"/>
            <w:vAlign w:val="center"/>
          </w:tcPr>
          <w:p>
            <w:r>
              <w:t>GB</w:t>
            </w:r>
          </w:p>
        </w:tc>
        <w:tc>
          <w:tcPr>
            <w:tcW w:type="dxa" w:w="936"/>
            <w:vAlign w:val="center"/>
          </w:tcPr>
          <w:p>
            <w:r>
              <w:t>NFC</w:t>
            </w:r>
          </w:p>
        </w:tc>
        <w:tc>
          <w:tcPr>
            <w:tcW w:type="dxa" w:w="1152"/>
            <w:vAlign w:val="center"/>
          </w:tcPr>
          <w:p>
            <w:r>
              <w:t>North</w:t>
            </w:r>
          </w:p>
        </w:tc>
        <w:tc>
          <w:tcPr>
            <w:tcW w:type="dxa" w:w="237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648"/>
            <w:vAlign w:val="center"/>
          </w:tcPr>
          <w:p>
            <w:r>
              <w:t>13</w:t>
            </w:r>
          </w:p>
        </w:tc>
        <w:tc>
          <w:tcPr>
            <w:tcW w:type="dxa" w:w="3600"/>
            <w:vAlign w:val="center"/>
          </w:tcPr>
          <w:p>
            <w:r>
              <w:t>Houston Texans</w:t>
            </w:r>
          </w:p>
        </w:tc>
        <w:tc>
          <w:tcPr>
            <w:tcW w:type="dxa" w:w="936"/>
            <w:vAlign w:val="center"/>
          </w:tcPr>
          <w:p>
            <w:r>
              <w:t>HOU</w:t>
            </w:r>
          </w:p>
        </w:tc>
        <w:tc>
          <w:tcPr>
            <w:tcW w:type="dxa" w:w="936"/>
            <w:vAlign w:val="center"/>
          </w:tcPr>
          <w:p>
            <w:r>
              <w:t>AFC</w:t>
            </w:r>
          </w:p>
        </w:tc>
        <w:tc>
          <w:tcPr>
            <w:tcW w:type="dxa" w:w="1152"/>
            <w:vAlign w:val="center"/>
          </w:tcPr>
          <w:p>
            <w:r>
              <w:t>South</w:t>
            </w:r>
          </w:p>
        </w:tc>
        <w:tc>
          <w:tcPr>
            <w:tcW w:type="dxa" w:w="237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648"/>
            <w:vAlign w:val="center"/>
          </w:tcPr>
          <w:p>
            <w:r>
              <w:t>14</w:t>
            </w:r>
          </w:p>
        </w:tc>
        <w:tc>
          <w:tcPr>
            <w:tcW w:type="dxa" w:w="3600"/>
            <w:vAlign w:val="center"/>
          </w:tcPr>
          <w:p>
            <w:r>
              <w:t>Indianapolis Colts</w:t>
            </w:r>
          </w:p>
        </w:tc>
        <w:tc>
          <w:tcPr>
            <w:tcW w:type="dxa" w:w="936"/>
            <w:vAlign w:val="center"/>
          </w:tcPr>
          <w:p>
            <w:r>
              <w:t>IND</w:t>
            </w:r>
          </w:p>
        </w:tc>
        <w:tc>
          <w:tcPr>
            <w:tcW w:type="dxa" w:w="936"/>
            <w:vAlign w:val="center"/>
          </w:tcPr>
          <w:p>
            <w:r>
              <w:t>AFC</w:t>
            </w:r>
          </w:p>
        </w:tc>
        <w:tc>
          <w:tcPr>
            <w:tcW w:type="dxa" w:w="1152"/>
            <w:vAlign w:val="center"/>
          </w:tcPr>
          <w:p>
            <w:r>
              <w:t>South</w:t>
            </w:r>
          </w:p>
        </w:tc>
        <w:tc>
          <w:tcPr>
            <w:tcW w:type="dxa" w:w="237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648"/>
            <w:vAlign w:val="center"/>
          </w:tcPr>
          <w:p>
            <w:r>
              <w:t>15</w:t>
            </w:r>
          </w:p>
        </w:tc>
        <w:tc>
          <w:tcPr>
            <w:tcW w:type="dxa" w:w="3600"/>
            <w:vAlign w:val="center"/>
          </w:tcPr>
          <w:p>
            <w:r>
              <w:t>Jacksonville Jaguars</w:t>
            </w:r>
          </w:p>
        </w:tc>
        <w:tc>
          <w:tcPr>
            <w:tcW w:type="dxa" w:w="936"/>
            <w:vAlign w:val="center"/>
          </w:tcPr>
          <w:p>
            <w:r>
              <w:t>JAX</w:t>
            </w:r>
          </w:p>
        </w:tc>
        <w:tc>
          <w:tcPr>
            <w:tcW w:type="dxa" w:w="936"/>
            <w:vAlign w:val="center"/>
          </w:tcPr>
          <w:p>
            <w:r>
              <w:t>AFC</w:t>
            </w:r>
          </w:p>
        </w:tc>
        <w:tc>
          <w:tcPr>
            <w:tcW w:type="dxa" w:w="1152"/>
            <w:vAlign w:val="center"/>
          </w:tcPr>
          <w:p>
            <w:r>
              <w:t>South</w:t>
            </w:r>
          </w:p>
        </w:tc>
        <w:tc>
          <w:tcPr>
            <w:tcW w:type="dxa" w:w="237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648"/>
            <w:vAlign w:val="center"/>
          </w:tcPr>
          <w:p>
            <w:r>
              <w:t>16</w:t>
            </w:r>
          </w:p>
        </w:tc>
        <w:tc>
          <w:tcPr>
            <w:tcW w:type="dxa" w:w="3600"/>
            <w:vAlign w:val="center"/>
          </w:tcPr>
          <w:p>
            <w:r>
              <w:t>Kansas City Chiefs</w:t>
            </w:r>
          </w:p>
        </w:tc>
        <w:tc>
          <w:tcPr>
            <w:tcW w:type="dxa" w:w="936"/>
            <w:vAlign w:val="center"/>
          </w:tcPr>
          <w:p>
            <w:r>
              <w:t>KC</w:t>
            </w:r>
          </w:p>
        </w:tc>
        <w:tc>
          <w:tcPr>
            <w:tcW w:type="dxa" w:w="936"/>
            <w:vAlign w:val="center"/>
          </w:tcPr>
          <w:p>
            <w:r>
              <w:t>AFC</w:t>
            </w:r>
          </w:p>
        </w:tc>
        <w:tc>
          <w:tcPr>
            <w:tcW w:type="dxa" w:w="1152"/>
            <w:vAlign w:val="center"/>
          </w:tcPr>
          <w:p>
            <w:r>
              <w:t>West</w:t>
            </w:r>
          </w:p>
        </w:tc>
        <w:tc>
          <w:tcPr>
            <w:tcW w:type="dxa" w:w="237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648"/>
            <w:vAlign w:val="center"/>
          </w:tcPr>
          <w:p>
            <w:r>
              <w:t>17</w:t>
            </w:r>
          </w:p>
        </w:tc>
        <w:tc>
          <w:tcPr>
            <w:tcW w:type="dxa" w:w="3600"/>
            <w:vAlign w:val="center"/>
          </w:tcPr>
          <w:p>
            <w:r>
              <w:t>Las Vegas Raiders</w:t>
            </w:r>
          </w:p>
        </w:tc>
        <w:tc>
          <w:tcPr>
            <w:tcW w:type="dxa" w:w="936"/>
            <w:vAlign w:val="center"/>
          </w:tcPr>
          <w:p>
            <w:r>
              <w:t>LV</w:t>
            </w:r>
          </w:p>
        </w:tc>
        <w:tc>
          <w:tcPr>
            <w:tcW w:type="dxa" w:w="936"/>
            <w:vAlign w:val="center"/>
          </w:tcPr>
          <w:p>
            <w:r>
              <w:t>AFC</w:t>
            </w:r>
          </w:p>
        </w:tc>
        <w:tc>
          <w:tcPr>
            <w:tcW w:type="dxa" w:w="1152"/>
            <w:vAlign w:val="center"/>
          </w:tcPr>
          <w:p>
            <w:r>
              <w:t>West</w:t>
            </w:r>
          </w:p>
        </w:tc>
        <w:tc>
          <w:tcPr>
            <w:tcW w:type="dxa" w:w="237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648"/>
            <w:vAlign w:val="center"/>
          </w:tcPr>
          <w:p>
            <w:r>
              <w:t>18</w:t>
            </w:r>
          </w:p>
        </w:tc>
        <w:tc>
          <w:tcPr>
            <w:tcW w:type="dxa" w:w="3600"/>
            <w:vAlign w:val="center"/>
          </w:tcPr>
          <w:p>
            <w:r>
              <w:t>Los Angeles Chargers</w:t>
            </w:r>
          </w:p>
        </w:tc>
        <w:tc>
          <w:tcPr>
            <w:tcW w:type="dxa" w:w="936"/>
            <w:vAlign w:val="center"/>
          </w:tcPr>
          <w:p>
            <w:r>
              <w:t>LAC</w:t>
            </w:r>
          </w:p>
        </w:tc>
        <w:tc>
          <w:tcPr>
            <w:tcW w:type="dxa" w:w="936"/>
            <w:vAlign w:val="center"/>
          </w:tcPr>
          <w:p>
            <w:r>
              <w:t>AFC</w:t>
            </w:r>
          </w:p>
        </w:tc>
        <w:tc>
          <w:tcPr>
            <w:tcW w:type="dxa" w:w="1152"/>
            <w:vAlign w:val="center"/>
          </w:tcPr>
          <w:p>
            <w:r>
              <w:t>West</w:t>
            </w:r>
          </w:p>
        </w:tc>
        <w:tc>
          <w:tcPr>
            <w:tcW w:type="dxa" w:w="237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648"/>
            <w:vAlign w:val="center"/>
          </w:tcPr>
          <w:p>
            <w:r>
              <w:t>19</w:t>
            </w:r>
          </w:p>
        </w:tc>
        <w:tc>
          <w:tcPr>
            <w:tcW w:type="dxa" w:w="3600"/>
            <w:vAlign w:val="center"/>
          </w:tcPr>
          <w:p>
            <w:r>
              <w:t>Los Angeles Rams</w:t>
            </w:r>
          </w:p>
        </w:tc>
        <w:tc>
          <w:tcPr>
            <w:tcW w:type="dxa" w:w="936"/>
            <w:vAlign w:val="center"/>
          </w:tcPr>
          <w:p>
            <w:r>
              <w:t>LAR</w:t>
            </w:r>
          </w:p>
        </w:tc>
        <w:tc>
          <w:tcPr>
            <w:tcW w:type="dxa" w:w="936"/>
            <w:vAlign w:val="center"/>
          </w:tcPr>
          <w:p>
            <w:r>
              <w:t>NFC</w:t>
            </w:r>
          </w:p>
        </w:tc>
        <w:tc>
          <w:tcPr>
            <w:tcW w:type="dxa" w:w="1152"/>
            <w:vAlign w:val="center"/>
          </w:tcPr>
          <w:p>
            <w:r>
              <w:t>West</w:t>
            </w:r>
          </w:p>
        </w:tc>
        <w:tc>
          <w:tcPr>
            <w:tcW w:type="dxa" w:w="237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648"/>
            <w:vAlign w:val="center"/>
          </w:tcPr>
          <w:p>
            <w:r>
              <w:t>20</w:t>
            </w:r>
          </w:p>
        </w:tc>
        <w:tc>
          <w:tcPr>
            <w:tcW w:type="dxa" w:w="3600"/>
            <w:vAlign w:val="center"/>
          </w:tcPr>
          <w:p>
            <w:r>
              <w:t>Miami Dolphins</w:t>
            </w:r>
          </w:p>
        </w:tc>
        <w:tc>
          <w:tcPr>
            <w:tcW w:type="dxa" w:w="936"/>
            <w:vAlign w:val="center"/>
          </w:tcPr>
          <w:p>
            <w:r>
              <w:t>MIA</w:t>
            </w:r>
          </w:p>
        </w:tc>
        <w:tc>
          <w:tcPr>
            <w:tcW w:type="dxa" w:w="936"/>
            <w:vAlign w:val="center"/>
          </w:tcPr>
          <w:p>
            <w:r>
              <w:t>AFC</w:t>
            </w:r>
          </w:p>
        </w:tc>
        <w:tc>
          <w:tcPr>
            <w:tcW w:type="dxa" w:w="1152"/>
            <w:vAlign w:val="center"/>
          </w:tcPr>
          <w:p>
            <w:r>
              <w:t>East</w:t>
            </w:r>
          </w:p>
        </w:tc>
        <w:tc>
          <w:tcPr>
            <w:tcW w:type="dxa" w:w="237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648"/>
            <w:vAlign w:val="center"/>
          </w:tcPr>
          <w:p>
            <w:r>
              <w:t>21</w:t>
            </w:r>
          </w:p>
        </w:tc>
        <w:tc>
          <w:tcPr>
            <w:tcW w:type="dxa" w:w="3600"/>
            <w:vAlign w:val="center"/>
          </w:tcPr>
          <w:p>
            <w:r>
              <w:t>Minnesota Vikings</w:t>
            </w:r>
          </w:p>
        </w:tc>
        <w:tc>
          <w:tcPr>
            <w:tcW w:type="dxa" w:w="936"/>
            <w:vAlign w:val="center"/>
          </w:tcPr>
          <w:p>
            <w:r>
              <w:t>MIN</w:t>
            </w:r>
          </w:p>
        </w:tc>
        <w:tc>
          <w:tcPr>
            <w:tcW w:type="dxa" w:w="936"/>
            <w:vAlign w:val="center"/>
          </w:tcPr>
          <w:p>
            <w:r>
              <w:t>NFC</w:t>
            </w:r>
          </w:p>
        </w:tc>
        <w:tc>
          <w:tcPr>
            <w:tcW w:type="dxa" w:w="1152"/>
            <w:vAlign w:val="center"/>
          </w:tcPr>
          <w:p>
            <w:r>
              <w:t>North</w:t>
            </w:r>
          </w:p>
        </w:tc>
        <w:tc>
          <w:tcPr>
            <w:tcW w:type="dxa" w:w="237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648"/>
            <w:vAlign w:val="center"/>
          </w:tcPr>
          <w:p>
            <w:r>
              <w:t>22</w:t>
            </w:r>
          </w:p>
        </w:tc>
        <w:tc>
          <w:tcPr>
            <w:tcW w:type="dxa" w:w="3600"/>
            <w:vAlign w:val="center"/>
          </w:tcPr>
          <w:p>
            <w:r>
              <w:t>New England Patriots</w:t>
            </w:r>
          </w:p>
        </w:tc>
        <w:tc>
          <w:tcPr>
            <w:tcW w:type="dxa" w:w="936"/>
            <w:vAlign w:val="center"/>
          </w:tcPr>
          <w:p>
            <w:r>
              <w:t>NE</w:t>
            </w:r>
          </w:p>
        </w:tc>
        <w:tc>
          <w:tcPr>
            <w:tcW w:type="dxa" w:w="936"/>
            <w:vAlign w:val="center"/>
          </w:tcPr>
          <w:p>
            <w:r>
              <w:t>AFC</w:t>
            </w:r>
          </w:p>
        </w:tc>
        <w:tc>
          <w:tcPr>
            <w:tcW w:type="dxa" w:w="1152"/>
            <w:vAlign w:val="center"/>
          </w:tcPr>
          <w:p>
            <w:r>
              <w:t>East</w:t>
            </w:r>
          </w:p>
        </w:tc>
        <w:tc>
          <w:tcPr>
            <w:tcW w:type="dxa" w:w="237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648"/>
            <w:vAlign w:val="center"/>
          </w:tcPr>
          <w:p>
            <w:r>
              <w:t>23</w:t>
            </w:r>
          </w:p>
        </w:tc>
        <w:tc>
          <w:tcPr>
            <w:tcW w:type="dxa" w:w="3600"/>
            <w:vAlign w:val="center"/>
          </w:tcPr>
          <w:p>
            <w:r>
              <w:t>New Orleans Saints</w:t>
            </w:r>
          </w:p>
        </w:tc>
        <w:tc>
          <w:tcPr>
            <w:tcW w:type="dxa" w:w="936"/>
            <w:vAlign w:val="center"/>
          </w:tcPr>
          <w:p>
            <w:r>
              <w:t>NO</w:t>
            </w:r>
          </w:p>
        </w:tc>
        <w:tc>
          <w:tcPr>
            <w:tcW w:type="dxa" w:w="936"/>
            <w:vAlign w:val="center"/>
          </w:tcPr>
          <w:p>
            <w:r>
              <w:t>NFC</w:t>
            </w:r>
          </w:p>
        </w:tc>
        <w:tc>
          <w:tcPr>
            <w:tcW w:type="dxa" w:w="1152"/>
            <w:vAlign w:val="center"/>
          </w:tcPr>
          <w:p>
            <w:r>
              <w:t>South</w:t>
            </w:r>
          </w:p>
        </w:tc>
        <w:tc>
          <w:tcPr>
            <w:tcW w:type="dxa" w:w="237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648"/>
            <w:vAlign w:val="center"/>
          </w:tcPr>
          <w:p>
            <w:r>
              <w:t>24</w:t>
            </w:r>
          </w:p>
        </w:tc>
        <w:tc>
          <w:tcPr>
            <w:tcW w:type="dxa" w:w="3600"/>
            <w:vAlign w:val="center"/>
          </w:tcPr>
          <w:p>
            <w:r>
              <w:t>New York Giants</w:t>
            </w:r>
          </w:p>
        </w:tc>
        <w:tc>
          <w:tcPr>
            <w:tcW w:type="dxa" w:w="936"/>
            <w:vAlign w:val="center"/>
          </w:tcPr>
          <w:p>
            <w:r>
              <w:t>NYG</w:t>
            </w:r>
          </w:p>
        </w:tc>
        <w:tc>
          <w:tcPr>
            <w:tcW w:type="dxa" w:w="936"/>
            <w:vAlign w:val="center"/>
          </w:tcPr>
          <w:p>
            <w:r>
              <w:t>NFC</w:t>
            </w:r>
          </w:p>
        </w:tc>
        <w:tc>
          <w:tcPr>
            <w:tcW w:type="dxa" w:w="1152"/>
            <w:vAlign w:val="center"/>
          </w:tcPr>
          <w:p>
            <w:r>
              <w:t>East</w:t>
            </w:r>
          </w:p>
        </w:tc>
        <w:tc>
          <w:tcPr>
            <w:tcW w:type="dxa" w:w="237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648"/>
            <w:vAlign w:val="center"/>
          </w:tcPr>
          <w:p>
            <w:r>
              <w:t>25</w:t>
            </w:r>
          </w:p>
        </w:tc>
        <w:tc>
          <w:tcPr>
            <w:tcW w:type="dxa" w:w="3600"/>
            <w:vAlign w:val="center"/>
          </w:tcPr>
          <w:p>
            <w:r>
              <w:t>New York Jets</w:t>
            </w:r>
          </w:p>
        </w:tc>
        <w:tc>
          <w:tcPr>
            <w:tcW w:type="dxa" w:w="936"/>
            <w:vAlign w:val="center"/>
          </w:tcPr>
          <w:p>
            <w:r>
              <w:t>NYJ</w:t>
            </w:r>
          </w:p>
        </w:tc>
        <w:tc>
          <w:tcPr>
            <w:tcW w:type="dxa" w:w="936"/>
            <w:vAlign w:val="center"/>
          </w:tcPr>
          <w:p>
            <w:r>
              <w:t>AFC</w:t>
            </w:r>
          </w:p>
        </w:tc>
        <w:tc>
          <w:tcPr>
            <w:tcW w:type="dxa" w:w="1152"/>
            <w:vAlign w:val="center"/>
          </w:tcPr>
          <w:p>
            <w:r>
              <w:t>East</w:t>
            </w:r>
          </w:p>
        </w:tc>
        <w:tc>
          <w:tcPr>
            <w:tcW w:type="dxa" w:w="237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648"/>
            <w:vAlign w:val="center"/>
          </w:tcPr>
          <w:p>
            <w:r>
              <w:t>26</w:t>
            </w:r>
          </w:p>
        </w:tc>
        <w:tc>
          <w:tcPr>
            <w:tcW w:type="dxa" w:w="3600"/>
            <w:vAlign w:val="center"/>
          </w:tcPr>
          <w:p>
            <w:r>
              <w:t>Philadelphia Eagles</w:t>
            </w:r>
          </w:p>
        </w:tc>
        <w:tc>
          <w:tcPr>
            <w:tcW w:type="dxa" w:w="936"/>
            <w:vAlign w:val="center"/>
          </w:tcPr>
          <w:p>
            <w:r>
              <w:t>PHI</w:t>
            </w:r>
          </w:p>
        </w:tc>
        <w:tc>
          <w:tcPr>
            <w:tcW w:type="dxa" w:w="936"/>
            <w:vAlign w:val="center"/>
          </w:tcPr>
          <w:p>
            <w:r>
              <w:t>NFC</w:t>
            </w:r>
          </w:p>
        </w:tc>
        <w:tc>
          <w:tcPr>
            <w:tcW w:type="dxa" w:w="1152"/>
            <w:vAlign w:val="center"/>
          </w:tcPr>
          <w:p>
            <w:r>
              <w:t>East</w:t>
            </w:r>
          </w:p>
        </w:tc>
        <w:tc>
          <w:tcPr>
            <w:tcW w:type="dxa" w:w="237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648"/>
            <w:vAlign w:val="center"/>
          </w:tcPr>
          <w:p>
            <w:r>
              <w:t>27</w:t>
            </w:r>
          </w:p>
        </w:tc>
        <w:tc>
          <w:tcPr>
            <w:tcW w:type="dxa" w:w="3600"/>
            <w:vAlign w:val="center"/>
          </w:tcPr>
          <w:p>
            <w:r>
              <w:t>Pittsburgh Steelers</w:t>
            </w:r>
          </w:p>
        </w:tc>
        <w:tc>
          <w:tcPr>
            <w:tcW w:type="dxa" w:w="936"/>
            <w:vAlign w:val="center"/>
          </w:tcPr>
          <w:p>
            <w:r>
              <w:t>PIT</w:t>
            </w:r>
          </w:p>
        </w:tc>
        <w:tc>
          <w:tcPr>
            <w:tcW w:type="dxa" w:w="936"/>
            <w:vAlign w:val="center"/>
          </w:tcPr>
          <w:p>
            <w:r>
              <w:t>AFC</w:t>
            </w:r>
          </w:p>
        </w:tc>
        <w:tc>
          <w:tcPr>
            <w:tcW w:type="dxa" w:w="1152"/>
            <w:vAlign w:val="center"/>
          </w:tcPr>
          <w:p>
            <w:r>
              <w:t>North</w:t>
            </w:r>
          </w:p>
        </w:tc>
        <w:tc>
          <w:tcPr>
            <w:tcW w:type="dxa" w:w="237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648"/>
            <w:vAlign w:val="center"/>
          </w:tcPr>
          <w:p>
            <w:r>
              <w:t>28</w:t>
            </w:r>
          </w:p>
        </w:tc>
        <w:tc>
          <w:tcPr>
            <w:tcW w:type="dxa" w:w="3600"/>
            <w:vAlign w:val="center"/>
          </w:tcPr>
          <w:p>
            <w:r>
              <w:t>San Francisco 49ers</w:t>
            </w:r>
          </w:p>
        </w:tc>
        <w:tc>
          <w:tcPr>
            <w:tcW w:type="dxa" w:w="936"/>
            <w:vAlign w:val="center"/>
          </w:tcPr>
          <w:p>
            <w:r>
              <w:t>SF</w:t>
            </w:r>
          </w:p>
        </w:tc>
        <w:tc>
          <w:tcPr>
            <w:tcW w:type="dxa" w:w="936"/>
            <w:vAlign w:val="center"/>
          </w:tcPr>
          <w:p>
            <w:r>
              <w:t>NFC</w:t>
            </w:r>
          </w:p>
        </w:tc>
        <w:tc>
          <w:tcPr>
            <w:tcW w:type="dxa" w:w="1152"/>
            <w:vAlign w:val="center"/>
          </w:tcPr>
          <w:p>
            <w:r>
              <w:t>West</w:t>
            </w:r>
          </w:p>
        </w:tc>
        <w:tc>
          <w:tcPr>
            <w:tcW w:type="dxa" w:w="237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648"/>
            <w:vAlign w:val="center"/>
          </w:tcPr>
          <w:p>
            <w:r>
              <w:t>29</w:t>
            </w:r>
          </w:p>
        </w:tc>
        <w:tc>
          <w:tcPr>
            <w:tcW w:type="dxa" w:w="3600"/>
            <w:vAlign w:val="center"/>
          </w:tcPr>
          <w:p>
            <w:r>
              <w:t>Seattle Seahawks</w:t>
            </w:r>
          </w:p>
        </w:tc>
        <w:tc>
          <w:tcPr>
            <w:tcW w:type="dxa" w:w="936"/>
            <w:vAlign w:val="center"/>
          </w:tcPr>
          <w:p>
            <w:r>
              <w:t>SEA</w:t>
            </w:r>
          </w:p>
        </w:tc>
        <w:tc>
          <w:tcPr>
            <w:tcW w:type="dxa" w:w="936"/>
            <w:vAlign w:val="center"/>
          </w:tcPr>
          <w:p>
            <w:r>
              <w:t>NFC</w:t>
            </w:r>
          </w:p>
        </w:tc>
        <w:tc>
          <w:tcPr>
            <w:tcW w:type="dxa" w:w="1152"/>
            <w:vAlign w:val="center"/>
          </w:tcPr>
          <w:p>
            <w:r>
              <w:t>West</w:t>
            </w:r>
          </w:p>
        </w:tc>
        <w:tc>
          <w:tcPr>
            <w:tcW w:type="dxa" w:w="237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648"/>
            <w:vAlign w:val="center"/>
          </w:tcPr>
          <w:p>
            <w:r>
              <w:t>30</w:t>
            </w:r>
          </w:p>
        </w:tc>
        <w:tc>
          <w:tcPr>
            <w:tcW w:type="dxa" w:w="3600"/>
            <w:vAlign w:val="center"/>
          </w:tcPr>
          <w:p>
            <w:r>
              <w:t>Tampa Bay Buccaneers</w:t>
            </w:r>
          </w:p>
        </w:tc>
        <w:tc>
          <w:tcPr>
            <w:tcW w:type="dxa" w:w="936"/>
            <w:vAlign w:val="center"/>
          </w:tcPr>
          <w:p>
            <w:r>
              <w:t>TB</w:t>
            </w:r>
          </w:p>
        </w:tc>
        <w:tc>
          <w:tcPr>
            <w:tcW w:type="dxa" w:w="936"/>
            <w:vAlign w:val="center"/>
          </w:tcPr>
          <w:p>
            <w:r>
              <w:t>NFC</w:t>
            </w:r>
          </w:p>
        </w:tc>
        <w:tc>
          <w:tcPr>
            <w:tcW w:type="dxa" w:w="1152"/>
            <w:vAlign w:val="center"/>
          </w:tcPr>
          <w:p>
            <w:r>
              <w:t>South</w:t>
            </w:r>
          </w:p>
        </w:tc>
        <w:tc>
          <w:tcPr>
            <w:tcW w:type="dxa" w:w="237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648"/>
            <w:vAlign w:val="center"/>
          </w:tcPr>
          <w:p>
            <w:r>
              <w:t>31</w:t>
            </w:r>
          </w:p>
        </w:tc>
        <w:tc>
          <w:tcPr>
            <w:tcW w:type="dxa" w:w="3600"/>
            <w:vAlign w:val="center"/>
          </w:tcPr>
          <w:p>
            <w:r>
              <w:t>Tennessee Titans</w:t>
            </w:r>
          </w:p>
        </w:tc>
        <w:tc>
          <w:tcPr>
            <w:tcW w:type="dxa" w:w="936"/>
            <w:vAlign w:val="center"/>
          </w:tcPr>
          <w:p>
            <w:r>
              <w:t>TEN</w:t>
            </w:r>
          </w:p>
        </w:tc>
        <w:tc>
          <w:tcPr>
            <w:tcW w:type="dxa" w:w="936"/>
            <w:vAlign w:val="center"/>
          </w:tcPr>
          <w:p>
            <w:r>
              <w:t>AFC</w:t>
            </w:r>
          </w:p>
        </w:tc>
        <w:tc>
          <w:tcPr>
            <w:tcW w:type="dxa" w:w="1152"/>
            <w:vAlign w:val="center"/>
          </w:tcPr>
          <w:p>
            <w:r>
              <w:t>South</w:t>
            </w:r>
          </w:p>
        </w:tc>
        <w:tc>
          <w:tcPr>
            <w:tcW w:type="dxa" w:w="237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648"/>
            <w:vAlign w:val="center"/>
          </w:tcPr>
          <w:p>
            <w:r>
              <w:t>32</w:t>
            </w:r>
          </w:p>
        </w:tc>
        <w:tc>
          <w:tcPr>
            <w:tcW w:type="dxa" w:w="3600"/>
            <w:vAlign w:val="center"/>
          </w:tcPr>
          <w:p>
            <w:r>
              <w:t>Washington Commanders</w:t>
            </w:r>
          </w:p>
        </w:tc>
        <w:tc>
          <w:tcPr>
            <w:tcW w:type="dxa" w:w="936"/>
            <w:vAlign w:val="center"/>
          </w:tcPr>
          <w:p>
            <w:r>
              <w:t>WAS</w:t>
            </w:r>
          </w:p>
        </w:tc>
        <w:tc>
          <w:tcPr>
            <w:tcW w:type="dxa" w:w="936"/>
            <w:vAlign w:val="center"/>
          </w:tcPr>
          <w:p>
            <w:r>
              <w:t>NFC</w:t>
            </w:r>
          </w:p>
        </w:tc>
        <w:tc>
          <w:tcPr>
            <w:tcW w:type="dxa" w:w="1152"/>
            <w:vAlign w:val="center"/>
          </w:tcPr>
          <w:p>
            <w:r>
              <w:t>East</w:t>
            </w:r>
          </w:p>
        </w:tc>
        <w:tc>
          <w:tcPr>
            <w:tcW w:type="dxa" w:w="2376"/>
            <w:vAlign w:val="center"/>
          </w:tcPr>
          <w:p>
            <w:r/>
          </w:p>
        </w:tc>
      </w:tr>
    </w:tbl>
    <w:p>
      <w:r>
        <w:br w:type="page"/>
      </w:r>
    </w:p>
    <w:p>
      <w:pPr>
        <w:pStyle w:val="Heading1"/>
      </w:pPr>
      <w:r>
        <w:t>Editable Checklist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rPr>
          <w:tblHeader w:val="true"/>
        </w:trPr>
        <w:tc>
          <w:tcPr>
            <w:tcW w:type="dxa" w:w="720"/>
            <w:shd w:fill="142B4A"/>
          </w:tcPr>
          <w:p>
            <w:r>
              <w:rPr>
                <w:color w:val="FFFFFF"/>
              </w:rPr>
              <w:t>Check</w:t>
            </w:r>
          </w:p>
        </w:tc>
        <w:tc>
          <w:tcPr>
            <w:tcW w:type="dxa" w:w="3312"/>
            <w:shd w:fill="142B4A"/>
          </w:tcPr>
          <w:p>
            <w:r>
              <w:rPr>
                <w:color w:val="FFFFFF"/>
              </w:rPr>
              <w:t>Team</w:t>
            </w:r>
          </w:p>
        </w:tc>
        <w:tc>
          <w:tcPr>
            <w:tcW w:type="dxa" w:w="1080"/>
            <w:shd w:fill="142B4A"/>
          </w:tcPr>
          <w:p>
            <w:r>
              <w:rPr>
                <w:color w:val="FFFFFF"/>
              </w:rPr>
              <w:t>Watched</w:t>
            </w:r>
          </w:p>
        </w:tc>
        <w:tc>
          <w:tcPr>
            <w:tcW w:type="dxa" w:w="1080"/>
            <w:shd w:fill="142B4A"/>
          </w:tcPr>
          <w:p>
            <w:r>
              <w:rPr>
                <w:color w:val="FFFFFF"/>
              </w:rPr>
              <w:t>Favorite</w:t>
            </w:r>
          </w:p>
        </w:tc>
        <w:tc>
          <w:tcPr>
            <w:tcW w:type="dxa" w:w="1080"/>
            <w:shd w:fill="142B4A"/>
          </w:tcPr>
          <w:p>
            <w:r>
              <w:rPr>
                <w:color w:val="FFFFFF"/>
              </w:rPr>
              <w:t>Attended</w:t>
            </w:r>
          </w:p>
        </w:tc>
        <w:tc>
          <w:tcPr>
            <w:tcW w:type="dxa" w:w="720"/>
            <w:shd w:fill="142B4A"/>
          </w:tcPr>
          <w:p>
            <w:r>
              <w:rPr>
                <w:color w:val="FFFFFF"/>
              </w:rPr>
              <w:t>Rank</w:t>
            </w:r>
          </w:p>
        </w:tc>
        <w:tc>
          <w:tcPr>
            <w:tcW w:type="dxa" w:w="2160"/>
            <w:shd w:fill="142B4A"/>
          </w:tcPr>
          <w:p>
            <w:r>
              <w:rPr>
                <w:color w:val="FFFFFF"/>
              </w:rPr>
              <w:t>Notes</w:t>
            </w:r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r>
              <w:t>☐</w:t>
            </w:r>
          </w:p>
        </w:tc>
        <w:tc>
          <w:tcPr>
            <w:tcW w:type="dxa" w:w="3312"/>
            <w:vAlign w:val="center"/>
          </w:tcPr>
          <w:p>
            <w:r>
              <w:t>Arizona Cardinals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720"/>
            <w:vAlign w:val="center"/>
          </w:tcPr>
          <w:p>
            <w:r/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r>
              <w:t>☐</w:t>
            </w:r>
          </w:p>
        </w:tc>
        <w:tc>
          <w:tcPr>
            <w:tcW w:type="dxa" w:w="3312"/>
            <w:vAlign w:val="center"/>
          </w:tcPr>
          <w:p>
            <w:r>
              <w:t>Atlanta Falcons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720"/>
            <w:vAlign w:val="center"/>
          </w:tcPr>
          <w:p>
            <w:r/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r>
              <w:t>☐</w:t>
            </w:r>
          </w:p>
        </w:tc>
        <w:tc>
          <w:tcPr>
            <w:tcW w:type="dxa" w:w="3312"/>
            <w:vAlign w:val="center"/>
          </w:tcPr>
          <w:p>
            <w:r>
              <w:t>Baltimore Ravens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720"/>
            <w:vAlign w:val="center"/>
          </w:tcPr>
          <w:p>
            <w:r/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r>
              <w:t>☐</w:t>
            </w:r>
          </w:p>
        </w:tc>
        <w:tc>
          <w:tcPr>
            <w:tcW w:type="dxa" w:w="3312"/>
            <w:vAlign w:val="center"/>
          </w:tcPr>
          <w:p>
            <w:r>
              <w:t>Buffalo Bills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720"/>
            <w:vAlign w:val="center"/>
          </w:tcPr>
          <w:p>
            <w:r/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r>
              <w:t>☐</w:t>
            </w:r>
          </w:p>
        </w:tc>
        <w:tc>
          <w:tcPr>
            <w:tcW w:type="dxa" w:w="3312"/>
            <w:vAlign w:val="center"/>
          </w:tcPr>
          <w:p>
            <w:r>
              <w:t>Carolina Panthers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720"/>
            <w:vAlign w:val="center"/>
          </w:tcPr>
          <w:p>
            <w:r/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r>
              <w:t>☐</w:t>
            </w:r>
          </w:p>
        </w:tc>
        <w:tc>
          <w:tcPr>
            <w:tcW w:type="dxa" w:w="3312"/>
            <w:vAlign w:val="center"/>
          </w:tcPr>
          <w:p>
            <w:r>
              <w:t>Chicago Bears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720"/>
            <w:vAlign w:val="center"/>
          </w:tcPr>
          <w:p>
            <w:r/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r>
              <w:t>☐</w:t>
            </w:r>
          </w:p>
        </w:tc>
        <w:tc>
          <w:tcPr>
            <w:tcW w:type="dxa" w:w="3312"/>
            <w:vAlign w:val="center"/>
          </w:tcPr>
          <w:p>
            <w:r>
              <w:t>Cincinnati Bengals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720"/>
            <w:vAlign w:val="center"/>
          </w:tcPr>
          <w:p>
            <w:r/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r>
              <w:t>☐</w:t>
            </w:r>
          </w:p>
        </w:tc>
        <w:tc>
          <w:tcPr>
            <w:tcW w:type="dxa" w:w="3312"/>
            <w:vAlign w:val="center"/>
          </w:tcPr>
          <w:p>
            <w:r>
              <w:t>Cleveland Browns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720"/>
            <w:vAlign w:val="center"/>
          </w:tcPr>
          <w:p>
            <w:r/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r>
              <w:t>☐</w:t>
            </w:r>
          </w:p>
        </w:tc>
        <w:tc>
          <w:tcPr>
            <w:tcW w:type="dxa" w:w="3312"/>
            <w:vAlign w:val="center"/>
          </w:tcPr>
          <w:p>
            <w:r>
              <w:t>Dallas Cowboys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720"/>
            <w:vAlign w:val="center"/>
          </w:tcPr>
          <w:p>
            <w:r/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r>
              <w:t>☐</w:t>
            </w:r>
          </w:p>
        </w:tc>
        <w:tc>
          <w:tcPr>
            <w:tcW w:type="dxa" w:w="3312"/>
            <w:vAlign w:val="center"/>
          </w:tcPr>
          <w:p>
            <w:r>
              <w:t>Denver Broncos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720"/>
            <w:vAlign w:val="center"/>
          </w:tcPr>
          <w:p>
            <w:r/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r>
              <w:t>☐</w:t>
            </w:r>
          </w:p>
        </w:tc>
        <w:tc>
          <w:tcPr>
            <w:tcW w:type="dxa" w:w="3312"/>
            <w:vAlign w:val="center"/>
          </w:tcPr>
          <w:p>
            <w:r>
              <w:t>Detroit Lions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720"/>
            <w:vAlign w:val="center"/>
          </w:tcPr>
          <w:p>
            <w:r/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r>
              <w:t>☐</w:t>
            </w:r>
          </w:p>
        </w:tc>
        <w:tc>
          <w:tcPr>
            <w:tcW w:type="dxa" w:w="3312"/>
            <w:vAlign w:val="center"/>
          </w:tcPr>
          <w:p>
            <w:r>
              <w:t>Green Bay Packers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720"/>
            <w:vAlign w:val="center"/>
          </w:tcPr>
          <w:p>
            <w:r/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r>
              <w:t>☐</w:t>
            </w:r>
          </w:p>
        </w:tc>
        <w:tc>
          <w:tcPr>
            <w:tcW w:type="dxa" w:w="3312"/>
            <w:vAlign w:val="center"/>
          </w:tcPr>
          <w:p>
            <w:r>
              <w:t>Houston Texans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720"/>
            <w:vAlign w:val="center"/>
          </w:tcPr>
          <w:p>
            <w:r/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r>
              <w:t>☐</w:t>
            </w:r>
          </w:p>
        </w:tc>
        <w:tc>
          <w:tcPr>
            <w:tcW w:type="dxa" w:w="3312"/>
            <w:vAlign w:val="center"/>
          </w:tcPr>
          <w:p>
            <w:r>
              <w:t>Indianapolis Colts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720"/>
            <w:vAlign w:val="center"/>
          </w:tcPr>
          <w:p>
            <w:r/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r>
              <w:t>☐</w:t>
            </w:r>
          </w:p>
        </w:tc>
        <w:tc>
          <w:tcPr>
            <w:tcW w:type="dxa" w:w="3312"/>
            <w:vAlign w:val="center"/>
          </w:tcPr>
          <w:p>
            <w:r>
              <w:t>Jacksonville Jaguars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720"/>
            <w:vAlign w:val="center"/>
          </w:tcPr>
          <w:p>
            <w:r/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r>
              <w:t>☐</w:t>
            </w:r>
          </w:p>
        </w:tc>
        <w:tc>
          <w:tcPr>
            <w:tcW w:type="dxa" w:w="3312"/>
            <w:vAlign w:val="center"/>
          </w:tcPr>
          <w:p>
            <w:r>
              <w:t>Kansas City Chiefs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720"/>
            <w:vAlign w:val="center"/>
          </w:tcPr>
          <w:p>
            <w:r/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r>
              <w:t>☐</w:t>
            </w:r>
          </w:p>
        </w:tc>
        <w:tc>
          <w:tcPr>
            <w:tcW w:type="dxa" w:w="3312"/>
            <w:vAlign w:val="center"/>
          </w:tcPr>
          <w:p>
            <w:r>
              <w:t>Las Vegas Raiders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720"/>
            <w:vAlign w:val="center"/>
          </w:tcPr>
          <w:p>
            <w:r/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r>
              <w:t>☐</w:t>
            </w:r>
          </w:p>
        </w:tc>
        <w:tc>
          <w:tcPr>
            <w:tcW w:type="dxa" w:w="3312"/>
            <w:vAlign w:val="center"/>
          </w:tcPr>
          <w:p>
            <w:r>
              <w:t>Los Angeles Chargers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720"/>
            <w:vAlign w:val="center"/>
          </w:tcPr>
          <w:p>
            <w:r/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r>
              <w:t>☐</w:t>
            </w:r>
          </w:p>
        </w:tc>
        <w:tc>
          <w:tcPr>
            <w:tcW w:type="dxa" w:w="3312"/>
            <w:vAlign w:val="center"/>
          </w:tcPr>
          <w:p>
            <w:r>
              <w:t>Los Angeles Rams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720"/>
            <w:vAlign w:val="center"/>
          </w:tcPr>
          <w:p>
            <w:r/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r>
              <w:t>☐</w:t>
            </w:r>
          </w:p>
        </w:tc>
        <w:tc>
          <w:tcPr>
            <w:tcW w:type="dxa" w:w="3312"/>
            <w:vAlign w:val="center"/>
          </w:tcPr>
          <w:p>
            <w:r>
              <w:t>Miami Dolphins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720"/>
            <w:vAlign w:val="center"/>
          </w:tcPr>
          <w:p>
            <w:r/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r>
              <w:t>☐</w:t>
            </w:r>
          </w:p>
        </w:tc>
        <w:tc>
          <w:tcPr>
            <w:tcW w:type="dxa" w:w="3312"/>
            <w:vAlign w:val="center"/>
          </w:tcPr>
          <w:p>
            <w:r>
              <w:t>Minnesota Vikings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720"/>
            <w:vAlign w:val="center"/>
          </w:tcPr>
          <w:p>
            <w:r/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r>
              <w:t>☐</w:t>
            </w:r>
          </w:p>
        </w:tc>
        <w:tc>
          <w:tcPr>
            <w:tcW w:type="dxa" w:w="3312"/>
            <w:vAlign w:val="center"/>
          </w:tcPr>
          <w:p>
            <w:r>
              <w:t>New England Patriots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720"/>
            <w:vAlign w:val="center"/>
          </w:tcPr>
          <w:p>
            <w:r/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r>
              <w:t>☐</w:t>
            </w:r>
          </w:p>
        </w:tc>
        <w:tc>
          <w:tcPr>
            <w:tcW w:type="dxa" w:w="3312"/>
            <w:vAlign w:val="center"/>
          </w:tcPr>
          <w:p>
            <w:r>
              <w:t>New Orleans Saints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720"/>
            <w:vAlign w:val="center"/>
          </w:tcPr>
          <w:p>
            <w:r/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r>
              <w:t>☐</w:t>
            </w:r>
          </w:p>
        </w:tc>
        <w:tc>
          <w:tcPr>
            <w:tcW w:type="dxa" w:w="3312"/>
            <w:vAlign w:val="center"/>
          </w:tcPr>
          <w:p>
            <w:r>
              <w:t>New York Giants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720"/>
            <w:vAlign w:val="center"/>
          </w:tcPr>
          <w:p>
            <w:r/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r>
              <w:t>☐</w:t>
            </w:r>
          </w:p>
        </w:tc>
        <w:tc>
          <w:tcPr>
            <w:tcW w:type="dxa" w:w="3312"/>
            <w:vAlign w:val="center"/>
          </w:tcPr>
          <w:p>
            <w:r>
              <w:t>New York Jets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720"/>
            <w:vAlign w:val="center"/>
          </w:tcPr>
          <w:p>
            <w:r/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r>
              <w:t>☐</w:t>
            </w:r>
          </w:p>
        </w:tc>
        <w:tc>
          <w:tcPr>
            <w:tcW w:type="dxa" w:w="3312"/>
            <w:vAlign w:val="center"/>
          </w:tcPr>
          <w:p>
            <w:r>
              <w:t>Philadelphia Eagles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720"/>
            <w:vAlign w:val="center"/>
          </w:tcPr>
          <w:p>
            <w:r/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r>
              <w:t>☐</w:t>
            </w:r>
          </w:p>
        </w:tc>
        <w:tc>
          <w:tcPr>
            <w:tcW w:type="dxa" w:w="3312"/>
            <w:vAlign w:val="center"/>
          </w:tcPr>
          <w:p>
            <w:r>
              <w:t>Pittsburgh Steelers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720"/>
            <w:vAlign w:val="center"/>
          </w:tcPr>
          <w:p>
            <w:r/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r>
              <w:t>☐</w:t>
            </w:r>
          </w:p>
        </w:tc>
        <w:tc>
          <w:tcPr>
            <w:tcW w:type="dxa" w:w="3312"/>
            <w:vAlign w:val="center"/>
          </w:tcPr>
          <w:p>
            <w:r>
              <w:t>San Francisco 49ers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720"/>
            <w:vAlign w:val="center"/>
          </w:tcPr>
          <w:p>
            <w:r/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r>
              <w:t>☐</w:t>
            </w:r>
          </w:p>
        </w:tc>
        <w:tc>
          <w:tcPr>
            <w:tcW w:type="dxa" w:w="3312"/>
            <w:vAlign w:val="center"/>
          </w:tcPr>
          <w:p>
            <w:r>
              <w:t>Seattle Seahawks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720"/>
            <w:vAlign w:val="center"/>
          </w:tcPr>
          <w:p>
            <w:r/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r>
              <w:t>☐</w:t>
            </w:r>
          </w:p>
        </w:tc>
        <w:tc>
          <w:tcPr>
            <w:tcW w:type="dxa" w:w="3312"/>
            <w:vAlign w:val="center"/>
          </w:tcPr>
          <w:p>
            <w:r>
              <w:t>Tampa Bay Buccaneers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720"/>
            <w:vAlign w:val="center"/>
          </w:tcPr>
          <w:p>
            <w:r/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r>
              <w:t>☐</w:t>
            </w:r>
          </w:p>
        </w:tc>
        <w:tc>
          <w:tcPr>
            <w:tcW w:type="dxa" w:w="3312"/>
            <w:vAlign w:val="center"/>
          </w:tcPr>
          <w:p>
            <w:r>
              <w:t>Tennessee Titans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720"/>
            <w:vAlign w:val="center"/>
          </w:tcPr>
          <w:p>
            <w:r/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r>
              <w:t>☐</w:t>
            </w:r>
          </w:p>
        </w:tc>
        <w:tc>
          <w:tcPr>
            <w:tcW w:type="dxa" w:w="3312"/>
            <w:vAlign w:val="center"/>
          </w:tcPr>
          <w:p>
            <w:r>
              <w:t>Washington Commanders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1080"/>
            <w:vAlign w:val="center"/>
          </w:tcPr>
          <w:p>
            <w:r>
              <w:t>☐</w:t>
            </w:r>
          </w:p>
        </w:tc>
        <w:tc>
          <w:tcPr>
            <w:tcW w:type="dxa" w:w="720"/>
            <w:vAlign w:val="center"/>
          </w:tcPr>
          <w:p>
            <w:r/>
          </w:p>
        </w:tc>
        <w:tc>
          <w:tcPr>
            <w:tcW w:type="dxa" w:w="2160"/>
            <w:vAlign w:val="center"/>
          </w:tcPr>
          <w:p>
            <w:r/>
          </w:p>
        </w:tc>
      </w:tr>
    </w:tbl>
    <w:p>
      <w:r>
        <w:br w:type="page"/>
      </w:r>
    </w:p>
    <w:p>
      <w:pPr>
        <w:pStyle w:val="Heading1"/>
      </w:pPr>
      <w:r>
        <w:t>Blank Divisions Worksheet</w:t>
      </w:r>
    </w:p>
    <w:p>
      <w:pPr>
        <w:pStyle w:val="Heading2"/>
      </w:pPr>
      <w:r>
        <w:t>AFC East</w:t>
      </w:r>
    </w:p>
    <w:p>
      <w:r>
        <w:t>1. ______________________________    2. ______________________________</w:t>
        <w:br/>
        <w:t>3. ______________________________    4. ______________________________</w:t>
      </w:r>
    </w:p>
    <w:p>
      <w:pPr>
        <w:pStyle w:val="Heading2"/>
      </w:pPr>
      <w:r>
        <w:t>AFC North</w:t>
      </w:r>
    </w:p>
    <w:p>
      <w:r>
        <w:t>1. ______________________________    2. ______________________________</w:t>
        <w:br/>
        <w:t>3. ______________________________    4. ______________________________</w:t>
      </w:r>
    </w:p>
    <w:p>
      <w:pPr>
        <w:pStyle w:val="Heading2"/>
      </w:pPr>
      <w:r>
        <w:t>AFC South</w:t>
      </w:r>
    </w:p>
    <w:p>
      <w:r>
        <w:t>1. ______________________________    2. ______________________________</w:t>
        <w:br/>
        <w:t>3. ______________________________    4. ______________________________</w:t>
      </w:r>
    </w:p>
    <w:p>
      <w:pPr>
        <w:pStyle w:val="Heading2"/>
      </w:pPr>
      <w:r>
        <w:t>AFC West</w:t>
      </w:r>
    </w:p>
    <w:p>
      <w:r>
        <w:t>1. ______________________________    2. ______________________________</w:t>
        <w:br/>
        <w:t>3. ______________________________    4. ______________________________</w:t>
      </w:r>
    </w:p>
    <w:p>
      <w:pPr>
        <w:pStyle w:val="Heading2"/>
      </w:pPr>
      <w:r>
        <w:t>NFC East</w:t>
      </w:r>
    </w:p>
    <w:p>
      <w:r>
        <w:t>1. ______________________________    2. ______________________________</w:t>
        <w:br/>
        <w:t>3. ______________________________    4. ______________________________</w:t>
      </w:r>
    </w:p>
    <w:p>
      <w:pPr>
        <w:pStyle w:val="Heading2"/>
      </w:pPr>
      <w:r>
        <w:t>NFC North</w:t>
      </w:r>
    </w:p>
    <w:p>
      <w:r>
        <w:t>1. ______________________________    2. ______________________________</w:t>
        <w:br/>
        <w:t>3. ______________________________    4. ______________________________</w:t>
      </w:r>
    </w:p>
    <w:p>
      <w:pPr>
        <w:pStyle w:val="Heading2"/>
      </w:pPr>
      <w:r>
        <w:t>NFC South</w:t>
      </w:r>
    </w:p>
    <w:p>
      <w:r>
        <w:t>1. ______________________________    2. ______________________________</w:t>
        <w:br/>
        <w:t>3. ______________________________    4. ______________________________</w:t>
      </w:r>
    </w:p>
    <w:p>
      <w:pPr>
        <w:pStyle w:val="Heading2"/>
      </w:pPr>
      <w:r>
        <w:t>NFC West</w:t>
      </w:r>
    </w:p>
    <w:p>
      <w:r>
        <w:t>1. ______________________________    2. ______________________________</w:t>
        <w:br/>
        <w:t>3. ______________________________    4. ______________________________</w:t>
      </w:r>
    </w:p>
    <w:p>
      <w:r>
        <w:br w:type="page"/>
      </w:r>
    </w:p>
    <w:p>
      <w:pPr>
        <w:pStyle w:val="Heading1"/>
      </w:pPr>
      <w:r>
        <w:t>ANSWER KEY</w:t>
      </w:r>
    </w:p>
    <w:p>
      <w:pPr>
        <w:pStyle w:val="Heading2"/>
      </w:pPr>
      <w:r>
        <w:t>AFC East</w:t>
      </w:r>
    </w:p>
    <w:p>
      <w:r>
        <w:t>Buffalo Bills, Miami Dolphins, New England Patriots, New York Jets</w:t>
      </w:r>
    </w:p>
    <w:p>
      <w:pPr>
        <w:pStyle w:val="Heading2"/>
      </w:pPr>
      <w:r>
        <w:t>AFC North</w:t>
      </w:r>
    </w:p>
    <w:p>
      <w:r>
        <w:t>Baltimore Ravens, Cincinnati Bengals, Cleveland Browns, Pittsburgh Steelers</w:t>
      </w:r>
    </w:p>
    <w:p>
      <w:pPr>
        <w:pStyle w:val="Heading2"/>
      </w:pPr>
      <w:r>
        <w:t>AFC South</w:t>
      </w:r>
    </w:p>
    <w:p>
      <w:r>
        <w:t>Houston Texans, Indianapolis Colts, Jacksonville Jaguars, Tennessee Titans</w:t>
      </w:r>
    </w:p>
    <w:p>
      <w:pPr>
        <w:pStyle w:val="Heading2"/>
      </w:pPr>
      <w:r>
        <w:t>AFC West</w:t>
      </w:r>
    </w:p>
    <w:p>
      <w:r>
        <w:t>Denver Broncos, Kansas City Chiefs, Las Vegas Raiders, Los Angeles Chargers</w:t>
      </w:r>
    </w:p>
    <w:p>
      <w:pPr>
        <w:pStyle w:val="Heading2"/>
      </w:pPr>
      <w:r>
        <w:t>NFC East</w:t>
      </w:r>
    </w:p>
    <w:p>
      <w:r>
        <w:t>Dallas Cowboys, New York Giants, Philadelphia Eagles, Washington Commanders</w:t>
      </w:r>
    </w:p>
    <w:p>
      <w:pPr>
        <w:pStyle w:val="Heading2"/>
      </w:pPr>
      <w:r>
        <w:t>NFC North</w:t>
      </w:r>
    </w:p>
    <w:p>
      <w:r>
        <w:t>Chicago Bears, Detroit Lions, Green Bay Packers, Minnesota Vikings</w:t>
      </w:r>
    </w:p>
    <w:p>
      <w:pPr>
        <w:pStyle w:val="Heading2"/>
      </w:pPr>
      <w:r>
        <w:t>NFC South</w:t>
      </w:r>
    </w:p>
    <w:p>
      <w:r>
        <w:t>Atlanta Falcons, Carolina Panthers, New Orleans Saints, Tampa Bay Buccaneers</w:t>
      </w:r>
    </w:p>
    <w:p>
      <w:pPr>
        <w:pStyle w:val="Heading2"/>
      </w:pPr>
      <w:r>
        <w:t>NFC West</w:t>
      </w:r>
    </w:p>
    <w:p>
      <w:r>
        <w:t>Arizona Cardinals, Los Angeles Rams, San Francisco 49ers, Seattle Seahawks</w:t>
      </w:r>
    </w:p>
    <w:p>
      <w:r>
        <w:br w:type="page"/>
      </w:r>
    </w:p>
    <w:p>
      <w:pPr>
        <w:pStyle w:val="Heading1"/>
      </w:pPr>
      <w:r>
        <w:t>Personal Team Rankings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tblHeader w:val="true"/>
        </w:trPr>
        <w:tc>
          <w:tcPr>
            <w:tcW w:type="dxa" w:w="864"/>
            <w:shd w:fill="142B4A"/>
          </w:tcPr>
          <w:p>
            <w:r>
              <w:rPr>
                <w:color w:val="FFFFFF"/>
              </w:rPr>
              <w:t>Rank</w:t>
            </w:r>
          </w:p>
        </w:tc>
        <w:tc>
          <w:tcPr>
            <w:tcW w:type="dxa" w:w="3600"/>
            <w:shd w:fill="142B4A"/>
          </w:tcPr>
          <w:p>
            <w:r>
              <w:rPr>
                <w:color w:val="FFFFFF"/>
              </w:rPr>
              <w:t>Team</w:t>
            </w:r>
          </w:p>
        </w:tc>
        <w:tc>
          <w:tcPr>
            <w:tcW w:type="dxa" w:w="6336"/>
            <w:shd w:fill="142B4A"/>
          </w:tcPr>
          <w:p>
            <w:r>
              <w:rPr>
                <w:color w:val="FFFFFF"/>
              </w:rPr>
              <w:t>Reason / Notes</w:t>
            </w:r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r>
              <w:t>1</w:t>
            </w:r>
          </w:p>
        </w:tc>
        <w:tc>
          <w:tcPr>
            <w:tcW w:type="dxa" w:w="3600"/>
            <w:vAlign w:val="center"/>
          </w:tcPr>
          <w:p>
            <w:r/>
          </w:p>
        </w:tc>
        <w:tc>
          <w:tcPr>
            <w:tcW w:type="dxa" w:w="633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r>
              <w:t>2</w:t>
            </w:r>
          </w:p>
        </w:tc>
        <w:tc>
          <w:tcPr>
            <w:tcW w:type="dxa" w:w="3600"/>
            <w:vAlign w:val="center"/>
          </w:tcPr>
          <w:p>
            <w:r/>
          </w:p>
        </w:tc>
        <w:tc>
          <w:tcPr>
            <w:tcW w:type="dxa" w:w="633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r>
              <w:t>3</w:t>
            </w:r>
          </w:p>
        </w:tc>
        <w:tc>
          <w:tcPr>
            <w:tcW w:type="dxa" w:w="3600"/>
            <w:vAlign w:val="center"/>
          </w:tcPr>
          <w:p>
            <w:r/>
          </w:p>
        </w:tc>
        <w:tc>
          <w:tcPr>
            <w:tcW w:type="dxa" w:w="633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r>
              <w:t>4</w:t>
            </w:r>
          </w:p>
        </w:tc>
        <w:tc>
          <w:tcPr>
            <w:tcW w:type="dxa" w:w="3600"/>
            <w:vAlign w:val="center"/>
          </w:tcPr>
          <w:p>
            <w:r/>
          </w:p>
        </w:tc>
        <w:tc>
          <w:tcPr>
            <w:tcW w:type="dxa" w:w="633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r>
              <w:t>5</w:t>
            </w:r>
          </w:p>
        </w:tc>
        <w:tc>
          <w:tcPr>
            <w:tcW w:type="dxa" w:w="3600"/>
            <w:vAlign w:val="center"/>
          </w:tcPr>
          <w:p>
            <w:r/>
          </w:p>
        </w:tc>
        <w:tc>
          <w:tcPr>
            <w:tcW w:type="dxa" w:w="633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r>
              <w:t>6</w:t>
            </w:r>
          </w:p>
        </w:tc>
        <w:tc>
          <w:tcPr>
            <w:tcW w:type="dxa" w:w="3600"/>
            <w:vAlign w:val="center"/>
          </w:tcPr>
          <w:p>
            <w:r/>
          </w:p>
        </w:tc>
        <w:tc>
          <w:tcPr>
            <w:tcW w:type="dxa" w:w="633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r>
              <w:t>7</w:t>
            </w:r>
          </w:p>
        </w:tc>
        <w:tc>
          <w:tcPr>
            <w:tcW w:type="dxa" w:w="3600"/>
            <w:vAlign w:val="center"/>
          </w:tcPr>
          <w:p>
            <w:r/>
          </w:p>
        </w:tc>
        <w:tc>
          <w:tcPr>
            <w:tcW w:type="dxa" w:w="633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r>
              <w:t>8</w:t>
            </w:r>
          </w:p>
        </w:tc>
        <w:tc>
          <w:tcPr>
            <w:tcW w:type="dxa" w:w="3600"/>
            <w:vAlign w:val="center"/>
          </w:tcPr>
          <w:p>
            <w:r/>
          </w:p>
        </w:tc>
        <w:tc>
          <w:tcPr>
            <w:tcW w:type="dxa" w:w="633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r>
              <w:t>9</w:t>
            </w:r>
          </w:p>
        </w:tc>
        <w:tc>
          <w:tcPr>
            <w:tcW w:type="dxa" w:w="3600"/>
            <w:vAlign w:val="center"/>
          </w:tcPr>
          <w:p>
            <w:r/>
          </w:p>
        </w:tc>
        <w:tc>
          <w:tcPr>
            <w:tcW w:type="dxa" w:w="633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r>
              <w:t>10</w:t>
            </w:r>
          </w:p>
        </w:tc>
        <w:tc>
          <w:tcPr>
            <w:tcW w:type="dxa" w:w="3600"/>
            <w:vAlign w:val="center"/>
          </w:tcPr>
          <w:p>
            <w:r/>
          </w:p>
        </w:tc>
        <w:tc>
          <w:tcPr>
            <w:tcW w:type="dxa" w:w="633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r>
              <w:t>11</w:t>
            </w:r>
          </w:p>
        </w:tc>
        <w:tc>
          <w:tcPr>
            <w:tcW w:type="dxa" w:w="3600"/>
            <w:vAlign w:val="center"/>
          </w:tcPr>
          <w:p>
            <w:r/>
          </w:p>
        </w:tc>
        <w:tc>
          <w:tcPr>
            <w:tcW w:type="dxa" w:w="633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r>
              <w:t>12</w:t>
            </w:r>
          </w:p>
        </w:tc>
        <w:tc>
          <w:tcPr>
            <w:tcW w:type="dxa" w:w="3600"/>
            <w:vAlign w:val="center"/>
          </w:tcPr>
          <w:p>
            <w:r/>
          </w:p>
        </w:tc>
        <w:tc>
          <w:tcPr>
            <w:tcW w:type="dxa" w:w="633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r>
              <w:t>13</w:t>
            </w:r>
          </w:p>
        </w:tc>
        <w:tc>
          <w:tcPr>
            <w:tcW w:type="dxa" w:w="3600"/>
            <w:vAlign w:val="center"/>
          </w:tcPr>
          <w:p>
            <w:r/>
          </w:p>
        </w:tc>
        <w:tc>
          <w:tcPr>
            <w:tcW w:type="dxa" w:w="633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r>
              <w:t>14</w:t>
            </w:r>
          </w:p>
        </w:tc>
        <w:tc>
          <w:tcPr>
            <w:tcW w:type="dxa" w:w="3600"/>
            <w:vAlign w:val="center"/>
          </w:tcPr>
          <w:p>
            <w:r/>
          </w:p>
        </w:tc>
        <w:tc>
          <w:tcPr>
            <w:tcW w:type="dxa" w:w="633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r>
              <w:t>15</w:t>
            </w:r>
          </w:p>
        </w:tc>
        <w:tc>
          <w:tcPr>
            <w:tcW w:type="dxa" w:w="3600"/>
            <w:vAlign w:val="center"/>
          </w:tcPr>
          <w:p>
            <w:r/>
          </w:p>
        </w:tc>
        <w:tc>
          <w:tcPr>
            <w:tcW w:type="dxa" w:w="633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r>
              <w:t>16</w:t>
            </w:r>
          </w:p>
        </w:tc>
        <w:tc>
          <w:tcPr>
            <w:tcW w:type="dxa" w:w="3600"/>
            <w:vAlign w:val="center"/>
          </w:tcPr>
          <w:p>
            <w:r/>
          </w:p>
        </w:tc>
        <w:tc>
          <w:tcPr>
            <w:tcW w:type="dxa" w:w="633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r>
              <w:t>17</w:t>
            </w:r>
          </w:p>
        </w:tc>
        <w:tc>
          <w:tcPr>
            <w:tcW w:type="dxa" w:w="3600"/>
            <w:vAlign w:val="center"/>
          </w:tcPr>
          <w:p>
            <w:r/>
          </w:p>
        </w:tc>
        <w:tc>
          <w:tcPr>
            <w:tcW w:type="dxa" w:w="633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r>
              <w:t>18</w:t>
            </w:r>
          </w:p>
        </w:tc>
        <w:tc>
          <w:tcPr>
            <w:tcW w:type="dxa" w:w="3600"/>
            <w:vAlign w:val="center"/>
          </w:tcPr>
          <w:p>
            <w:r/>
          </w:p>
        </w:tc>
        <w:tc>
          <w:tcPr>
            <w:tcW w:type="dxa" w:w="633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r>
              <w:t>19</w:t>
            </w:r>
          </w:p>
        </w:tc>
        <w:tc>
          <w:tcPr>
            <w:tcW w:type="dxa" w:w="3600"/>
            <w:vAlign w:val="center"/>
          </w:tcPr>
          <w:p>
            <w:r/>
          </w:p>
        </w:tc>
        <w:tc>
          <w:tcPr>
            <w:tcW w:type="dxa" w:w="633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r>
              <w:t>20</w:t>
            </w:r>
          </w:p>
        </w:tc>
        <w:tc>
          <w:tcPr>
            <w:tcW w:type="dxa" w:w="3600"/>
            <w:vAlign w:val="center"/>
          </w:tcPr>
          <w:p>
            <w:r/>
          </w:p>
        </w:tc>
        <w:tc>
          <w:tcPr>
            <w:tcW w:type="dxa" w:w="633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r>
              <w:t>21</w:t>
            </w:r>
          </w:p>
        </w:tc>
        <w:tc>
          <w:tcPr>
            <w:tcW w:type="dxa" w:w="3600"/>
            <w:vAlign w:val="center"/>
          </w:tcPr>
          <w:p>
            <w:r/>
          </w:p>
        </w:tc>
        <w:tc>
          <w:tcPr>
            <w:tcW w:type="dxa" w:w="633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r>
              <w:t>22</w:t>
            </w:r>
          </w:p>
        </w:tc>
        <w:tc>
          <w:tcPr>
            <w:tcW w:type="dxa" w:w="3600"/>
            <w:vAlign w:val="center"/>
          </w:tcPr>
          <w:p>
            <w:r/>
          </w:p>
        </w:tc>
        <w:tc>
          <w:tcPr>
            <w:tcW w:type="dxa" w:w="633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r>
              <w:t>23</w:t>
            </w:r>
          </w:p>
        </w:tc>
        <w:tc>
          <w:tcPr>
            <w:tcW w:type="dxa" w:w="3600"/>
            <w:vAlign w:val="center"/>
          </w:tcPr>
          <w:p>
            <w:r/>
          </w:p>
        </w:tc>
        <w:tc>
          <w:tcPr>
            <w:tcW w:type="dxa" w:w="633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r>
              <w:t>24</w:t>
            </w:r>
          </w:p>
        </w:tc>
        <w:tc>
          <w:tcPr>
            <w:tcW w:type="dxa" w:w="3600"/>
            <w:vAlign w:val="center"/>
          </w:tcPr>
          <w:p>
            <w:r/>
          </w:p>
        </w:tc>
        <w:tc>
          <w:tcPr>
            <w:tcW w:type="dxa" w:w="633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r>
              <w:t>25</w:t>
            </w:r>
          </w:p>
        </w:tc>
        <w:tc>
          <w:tcPr>
            <w:tcW w:type="dxa" w:w="3600"/>
            <w:vAlign w:val="center"/>
          </w:tcPr>
          <w:p>
            <w:r/>
          </w:p>
        </w:tc>
        <w:tc>
          <w:tcPr>
            <w:tcW w:type="dxa" w:w="633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r>
              <w:t>26</w:t>
            </w:r>
          </w:p>
        </w:tc>
        <w:tc>
          <w:tcPr>
            <w:tcW w:type="dxa" w:w="3600"/>
            <w:vAlign w:val="center"/>
          </w:tcPr>
          <w:p>
            <w:r/>
          </w:p>
        </w:tc>
        <w:tc>
          <w:tcPr>
            <w:tcW w:type="dxa" w:w="633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r>
              <w:t>27</w:t>
            </w:r>
          </w:p>
        </w:tc>
        <w:tc>
          <w:tcPr>
            <w:tcW w:type="dxa" w:w="3600"/>
            <w:vAlign w:val="center"/>
          </w:tcPr>
          <w:p>
            <w:r/>
          </w:p>
        </w:tc>
        <w:tc>
          <w:tcPr>
            <w:tcW w:type="dxa" w:w="633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r>
              <w:t>28</w:t>
            </w:r>
          </w:p>
        </w:tc>
        <w:tc>
          <w:tcPr>
            <w:tcW w:type="dxa" w:w="3600"/>
            <w:vAlign w:val="center"/>
          </w:tcPr>
          <w:p>
            <w:r/>
          </w:p>
        </w:tc>
        <w:tc>
          <w:tcPr>
            <w:tcW w:type="dxa" w:w="633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r>
              <w:t>29</w:t>
            </w:r>
          </w:p>
        </w:tc>
        <w:tc>
          <w:tcPr>
            <w:tcW w:type="dxa" w:w="3600"/>
            <w:vAlign w:val="center"/>
          </w:tcPr>
          <w:p>
            <w:r/>
          </w:p>
        </w:tc>
        <w:tc>
          <w:tcPr>
            <w:tcW w:type="dxa" w:w="633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r>
              <w:t>30</w:t>
            </w:r>
          </w:p>
        </w:tc>
        <w:tc>
          <w:tcPr>
            <w:tcW w:type="dxa" w:w="3600"/>
            <w:vAlign w:val="center"/>
          </w:tcPr>
          <w:p>
            <w:r/>
          </w:p>
        </w:tc>
        <w:tc>
          <w:tcPr>
            <w:tcW w:type="dxa" w:w="633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r>
              <w:t>31</w:t>
            </w:r>
          </w:p>
        </w:tc>
        <w:tc>
          <w:tcPr>
            <w:tcW w:type="dxa" w:w="3600"/>
            <w:vAlign w:val="center"/>
          </w:tcPr>
          <w:p>
            <w:r/>
          </w:p>
        </w:tc>
        <w:tc>
          <w:tcPr>
            <w:tcW w:type="dxa" w:w="6336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r>
              <w:t>32</w:t>
            </w:r>
          </w:p>
        </w:tc>
        <w:tc>
          <w:tcPr>
            <w:tcW w:type="dxa" w:w="3600"/>
            <w:vAlign w:val="center"/>
          </w:tcPr>
          <w:p>
            <w:r/>
          </w:p>
        </w:tc>
        <w:tc>
          <w:tcPr>
            <w:tcW w:type="dxa" w:w="6336"/>
            <w:vAlign w:val="center"/>
          </w:tcPr>
          <w:p>
            <w:r/>
          </w:p>
        </w:tc>
      </w:tr>
    </w:tbl>
    <w:p>
      <w:r>
        <w:br w:type="page"/>
      </w:r>
    </w:p>
    <w:p>
      <w:pPr>
        <w:pStyle w:val="Heading1"/>
      </w:pPr>
      <w:r>
        <w:t>Instructions and Disclaimer</w:t>
      </w:r>
    </w:p>
    <w:p>
      <w:pPr>
        <w:pStyle w:val="Heading2"/>
      </w:pPr>
      <w:r>
        <w:t>Editing tables</w:t>
      </w:r>
    </w:p>
    <w:p>
      <w:r>
        <w:t>Click any cell and replace or add text. Add rows through Table Layout if needed.</w:t>
      </w:r>
    </w:p>
    <w:p>
      <w:pPr>
        <w:pStyle w:val="Heading2"/>
      </w:pPr>
      <w:r>
        <w:t>Using checkboxes</w:t>
      </w:r>
    </w:p>
    <w:p>
      <w:r>
        <w:t>Replace an empty checkbox with a check mark or X, or print and mark by hand.</w:t>
      </w:r>
    </w:p>
    <w:p>
      <w:pPr>
        <w:pStyle w:val="Heading2"/>
      </w:pPr>
      <w:r>
        <w:t>Printing</w:t>
      </w:r>
    </w:p>
    <w:p>
      <w:r>
        <w:t>Choose US Letter. Use portrait for directory pages and Fit to Printable Area if your printer requests scaling.</w:t>
      </w:r>
    </w:p>
    <w:p>
      <w:pPr>
        <w:pStyle w:val="Heading2"/>
      </w:pPr>
      <w:r>
        <w:t>Verification</w:t>
      </w:r>
    </w:p>
    <w:p>
      <w:r>
        <w:t>Team names and division assignments were verified August 3, 2026 against NFL.com Teams, NFL.com Standings, and NFL Football Operations.</w:t>
      </w:r>
    </w:p>
    <w:p>
      <w:pPr>
        <w:pStyle w:val="Heading2"/>
      </w:pPr>
      <w:r>
        <w:t>Disclaimer</w:t>
      </w:r>
    </w:p>
    <w:p>
      <w:r>
        <w:t>Unofficial fan-created reference for personal and educational use. Not affiliated with or endorsed by the National Football League or any NFL team. Team names are used for identification purposes only.</w:t>
      </w:r>
    </w:p>
    <w:sectPr w:rsidR="00FC693F" w:rsidRPr="0006063C" w:rsidSect="00034616">
      <w:headerReference w:type="default" r:id="rId10"/>
      <w:footerReference w:type="default" r:id="rId11"/>
      <w:pgSz w:w="12240" w:h="15840"/>
      <w:pgMar w:top="936" w:right="936" w:bottom="936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t>Printable List of NFL Teams 2026  |  allfreeprintable.org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42B4A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A83A3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42B4A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b w:val="0"/>
      <w:i/>
      <w:iCs/>
      <w:color w:val="52606D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List of NFL Teams</dc:title>
  <dc:subject>Editable NFL teams directory, checklist, worksheet, and rankings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