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2026 Miami Dolphins Schedule</w:t>
      </w:r>
    </w:p>
    <w:p>
      <w:pPr>
        <w:jc w:val="center"/>
      </w:pPr>
      <w:r>
        <w:rPr>
          <w:b/>
        </w:rPr>
        <w:t>Editable Schedule, Score Tracker &amp; Game-Day Notes</w:t>
      </w:r>
    </w:p>
    <w:p>
      <w:pPr>
        <w:jc w:val="center"/>
      </w:pPr>
      <w:r>
        <w:br/>
        <w:t>Unofficial fan-created planning document for personal use.</w:t>
        <w:br/>
        <w:br/>
        <w:t>Verified August 3, 2026 against official Miami Dolphins schedule information.</w:t>
      </w:r>
    </w:p>
    <w:p>
      <w:r>
        <w:br w:type="page"/>
      </w:r>
    </w:p>
    <w:p>
      <w:pPr>
        <w:pStyle w:val="Heading1"/>
      </w:pPr>
      <w:r>
        <w:t>Complete Preseason Schedule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Week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H/A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Opponent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Venue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Kickoff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TV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P1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Fri, Aug 14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Washington Commanders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Northwest Stadium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7:00 PM ET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 Miami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P2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Sat, Aug 22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New York Giants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Hard Rock Stadium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4:00 PM ET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 Miami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P3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Fri, Aug 28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Atlanta Falcons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Hard Rock Stadium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7:00 PM ET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 Miami</w:t>
            </w:r>
          </w:p>
        </w:tc>
      </w:tr>
    </w:tbl>
    <w:p>
      <w:pPr>
        <w:pStyle w:val="Heading1"/>
      </w:pPr>
      <w:r>
        <w:t>Complete Regular-Season Schedule - Color Style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Week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H/A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Opponent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Kickoff ET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TV</w:t>
            </w:r>
          </w:p>
        </w:tc>
        <w:tc>
          <w:tcPr>
            <w:tcW w:type="dxa" w:w="1481"/>
            <w:shd w:fill="087E8B"/>
          </w:tcPr>
          <w:p>
            <w:r>
              <w:rPr>
                <w:b/>
                <w:color w:val="FFFFFF"/>
                <w:sz w:val="16"/>
              </w:rPr>
              <w:t>Result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Sep 13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Las Vegas Raiders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4:25 PM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Sep 20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San Francisco 49ers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4:25 PM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Sep 27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Kansas City Chiefs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Oct 4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Minnesota Vikings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4:05 PM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Oct 11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Cincinnati Bengals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6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Oct 18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Bye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BYE WEEK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7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Oct 25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New York Jets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Nov 1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New England Patriots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4:25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Nov 8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Detroit Lions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Nov 15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Indianapolis Colts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Nov 22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Buffalo Bills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12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Nov 29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New York Jets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Dec 6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Denver Broncos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4:05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14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Dec 13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Chicago Bears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Dec 20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Green Bay Packers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16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Dec 27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Los Angeles Chargers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FOX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Sun, Jan 3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Buffalo Bills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1:00 PM*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CBS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  <w:tr>
        <w:trPr>
          <w:cantSplit/>
        </w:trPr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18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Jan 9 or 10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New England Patriots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TBD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TBD</w:t>
            </w:r>
          </w:p>
        </w:tc>
        <w:tc>
          <w:tcPr>
            <w:tcW w:type="dxa" w:w="1481"/>
            <w:vAlign w:val="center"/>
          </w:tcPr>
          <w:p>
            <w:r>
              <w:rPr>
                <w:rFonts w:ascii="Arial" w:hAnsi="Arial"/>
                <w:sz w:val="15"/>
              </w:rPr>
              <w:t>________</w:t>
            </w:r>
          </w:p>
        </w:tc>
      </w:tr>
    </w:tbl>
    <w:p>
      <w:r>
        <w:t>* Subject to NFL flexible scheduling. Week 18 date, kickoff time, and TV network are TBD. All kickoff times ET.</w:t>
      </w:r>
    </w:p>
    <w:p>
      <w:r>
        <w:br w:type="page"/>
      </w:r>
    </w:p>
    <w:p>
      <w:pPr>
        <w:pStyle w:val="Heading1"/>
      </w:pPr>
      <w:r>
        <w:t>Game-Result Tracker - Grayscale-Friendly Style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rPr>
          <w:tblHeader w:val="true"/>
        </w:trPr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Week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Opponent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H/A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MIA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OPP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W/L/T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Record</w:t>
            </w:r>
          </w:p>
        </w:tc>
        <w:tc>
          <w:tcPr>
            <w:tcW w:type="dxa" w:w="1296"/>
            <w:shd w:fill="444444"/>
          </w:tcPr>
          <w:p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Las Vegas Raiders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San Francisco 49ers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Kansas City Chiefs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Minnesota Vikings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Cincinnati Bengals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7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New York Jets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New England Patriots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Detroit Lions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Indianapolis Colts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11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Buffalo Bills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12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New York Jets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13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Denver Broncos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14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Chicago Bears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15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Green Bay Packers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16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Los Angeles Chargers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17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Buffalo Bills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Home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  <w:tr>
        <w:trPr>
          <w:cantSplit/>
        </w:trPr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18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New England Patriots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Away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  <w:t>_______</w:t>
            </w:r>
          </w:p>
        </w:tc>
        <w:tc>
          <w:tcPr>
            <w:tcW w:type="dxa" w:w="1296"/>
            <w:vAlign w:val="center"/>
          </w:tcPr>
          <w:p>
            <w:r>
              <w:rPr>
                <w:rFonts w:ascii="Arial" w:hAnsi="Arial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Reusable Game-Day Notes</w:t>
      </w:r>
    </w:p>
    <w:p>
      <w:r>
        <w:rPr>
          <w:b/>
          <w:color w:val="087E8B"/>
        </w:rPr>
        <w:t>Week and opponent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Date and kickoff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Prediction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Key players to watch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Injuries or updates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Final score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Biggest play</w:t>
      </w:r>
    </w:p>
    <w:p>
      <w:r>
        <w:t>_______________________________________________________________________________________________</w:t>
      </w:r>
    </w:p>
    <w:p>
      <w:r>
        <w:rPr>
          <w:b/>
          <w:color w:val="087E8B"/>
        </w:rPr>
        <w:t>Notes</w:t>
      </w:r>
    </w:p>
    <w:p>
      <w:r>
        <w:t>_______________________________________________________________________________________________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Schedule Update &amp; Disclaimer</w:t>
      </w:r>
    </w:p>
    <w:p>
      <w:r>
        <w:t>* Subject to NFL flexible scheduling. Week 18 date, kickoff time, and TV network are TBD. All kickoff times ET.</w:t>
      </w:r>
    </w:p>
    <w:p>
      <w:r>
        <w:t>Unofficial fan-created schedule for personal use. Not affiliated with or endorsed by the Miami Dolphins, the National Football League, or any broadcaster. Schedule information is subject to change.</w:t>
      </w:r>
    </w:p>
    <w:p>
      <w:r>
        <w:t>Official sources: https://www.miamidolphins.com/schedule/ and https://www.nfl.com/teams/miami-dolphins/schedule/2026/</w:t>
      </w:r>
    </w:p>
    <w:sectPr w:rsidR="00FC693F" w:rsidRPr="0006063C" w:rsidSect="00034616">
      <w:footerReference w:type="default" r:id="rId9"/>
      <w:pgSz w:w="12240" w:h="15840"/>
      <w:pgMar w:top="1037" w:right="936" w:bottom="1037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87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