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after="20"/>
      </w:pPr>
      <w:r>
        <w:rPr>
          <w:rFonts w:ascii="Arial" w:hAnsi="Arial"/>
          <w:b/>
          <w:color w:val="17324D"/>
          <w:sz w:val="50"/>
        </w:rPr>
        <w:t>September 2027</w:t>
      </w:r>
    </w:p>
    <w:p>
      <w:pPr>
        <w:keepNext/>
        <w:spacing w:after="80"/>
      </w:pPr>
      <w:r>
        <w:rPr>
          <w:rFonts w:ascii="Arial" w:hAnsi="Arial"/>
          <w:b/>
          <w:color w:val="A36D1D"/>
          <w:sz w:val="17"/>
        </w:rPr>
        <w:t>SUNDAY-START  •  U.S. FEDERAL HOLIDAYS  •  EDITABLE CALENDAR</w:t>
      </w:r>
    </w:p>
    <w:tbl>
      <w:tblPr>
        <w:tblStyle w:val="TableGrid"/>
        <w:tblW w:type="dxa" w:w="14976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139"/>
        <w:gridCol w:w="2139"/>
        <w:gridCol w:w="2139"/>
        <w:gridCol w:w="2139"/>
        <w:gridCol w:w="2139"/>
        <w:gridCol w:w="2139"/>
        <w:gridCol w:w="2142"/>
      </w:tblGrid>
      <w:tr>
        <w:trPr>
          <w:trHeight w:val="461" w:hRule="atLeast"/>
          <w:tblHeader w:val="true"/>
        </w:trPr>
        <w:tc>
          <w:tcPr>
            <w:tcW w:type="dxa" w:w="2139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SUNDAY</w:t>
            </w:r>
          </w:p>
        </w:tc>
        <w:tc>
          <w:tcPr>
            <w:tcW w:type="dxa" w:w="2139"/>
            <w:shd w:fill="A36D1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MONDAY</w:t>
            </w:r>
          </w:p>
        </w:tc>
        <w:tc>
          <w:tcPr>
            <w:tcW w:type="dxa" w:w="2139"/>
            <w:shd w:fill="A36D1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TUESDAY</w:t>
            </w:r>
          </w:p>
        </w:tc>
        <w:tc>
          <w:tcPr>
            <w:tcW w:type="dxa" w:w="2139"/>
            <w:shd w:fill="A36D1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WEDNESDAY</w:t>
            </w:r>
          </w:p>
        </w:tc>
        <w:tc>
          <w:tcPr>
            <w:tcW w:type="dxa" w:w="2139"/>
            <w:shd w:fill="A36D1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THURSDAY</w:t>
            </w:r>
          </w:p>
        </w:tc>
        <w:tc>
          <w:tcPr>
            <w:tcW w:type="dxa" w:w="2139"/>
            <w:shd w:fill="A36D1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FRIDAY</w:t>
            </w:r>
          </w:p>
        </w:tc>
        <w:tc>
          <w:tcPr>
            <w:tcW w:type="dxa" w:w="2142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SATURDAY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4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E8F4FF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6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A36D1D"/>
                <w:sz w:val="12"/>
              </w:rPr>
              <w:t>FEDERAL HOLIDAY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Labor Day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10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11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17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18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24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25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</w:tbl>
    <w:sectPr w:rsidR="00FC693F" w:rsidRPr="0006063C" w:rsidSect="00034616">
      <w:footerReference w:type="default" r:id="rId9"/>
      <w:pgSz w:w="15840" w:h="12240" w:orient="landscape"/>
      <w:pgMar w:top="389" w:right="461" w:bottom="403" w:left="461" w:header="144" w:footer="17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/>
        <w:b w:val="0"/>
        <w:color w:val="61758A"/>
        <w:sz w:val="15"/>
      </w:rPr>
      <w:t>Free Printable Calendar • allfreeprintable.org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