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after="20"/>
      </w:pPr>
      <w:r>
        <w:rPr>
          <w:rFonts w:ascii="Arial" w:hAnsi="Arial"/>
          <w:b/>
          <w:color w:val="17324D"/>
          <w:sz w:val="50"/>
        </w:rPr>
        <w:t>November 2027</w:t>
      </w:r>
    </w:p>
    <w:p>
      <w:pPr>
        <w:keepNext/>
        <w:spacing w:after="80"/>
      </w:pPr>
      <w:r>
        <w:rPr>
          <w:rFonts w:ascii="Arial" w:hAnsi="Arial"/>
          <w:b/>
          <w:color w:val="76528A"/>
          <w:sz w:val="17"/>
        </w:rPr>
        <w:t>SUNDAY-START  •  U.S. FEDERAL HOLIDAYS  •  EDITABLE CALENDAR</w:t>
      </w:r>
    </w:p>
    <w:tbl>
      <w:tblPr>
        <w:tblStyle w:val="TableGrid"/>
        <w:tblW w:type="dxa" w:w="14976"/>
        <w:tblLayout w:type="fixed"/>
        <w:tblLook w:firstColumn="1" w:firstRow="1" w:lastColumn="0" w:lastRow="0" w:noHBand="0" w:noVBand="1" w:val="04A0"/>
        <w:jc w:val="center"/>
        <w:tblInd w:w="0" w:type="dxa"/>
      </w:tblPr>
      <w:tblGrid>
        <w:gridCol w:w="2139"/>
        <w:gridCol w:w="2139"/>
        <w:gridCol w:w="2139"/>
        <w:gridCol w:w="2139"/>
        <w:gridCol w:w="2139"/>
        <w:gridCol w:w="2139"/>
        <w:gridCol w:w="2142"/>
      </w:tblGrid>
      <w:tr>
        <w:trPr>
          <w:trHeight w:val="461" w:hRule="atLeast"/>
          <w:tblHeader w:val="true"/>
        </w:trPr>
        <w:tc>
          <w:tcPr>
            <w:tcW w:type="dxa" w:w="2139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SUNDAY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MONDAY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TUESDAY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WEDNESDAY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THURSDAY</w:t>
            </w:r>
          </w:p>
        </w:tc>
        <w:tc>
          <w:tcPr>
            <w:tcW w:type="dxa" w:w="2139"/>
            <w:shd w:fill="76528A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FRIDAY</w:t>
            </w:r>
          </w:p>
        </w:tc>
        <w:tc>
          <w:tcPr>
            <w:tcW w:type="dxa" w:w="2142"/>
            <w:shd w:fill="17324D"/>
            <w:tcMar>
              <w:top w:w="45" w:type="dxa"/>
              <w:start w:w="50" w:type="dxa"/>
              <w:bottom w:w="45" w:type="dxa"/>
              <w:end w:w="50" w:type="dxa"/>
            </w:tcMar>
            <w:vAlign w:val="center"/>
            <w:tcBorders>
              <w:top w:val="single" w:sz="6" w:color="FFFFFF"/>
              <w:left w:val="single" w:sz="6" w:color="FFFFFF"/>
              <w:bottom w:val="single" w:sz="6" w:color="FFFFFF"/>
              <w:right w:val="single" w:sz="6" w:color="FFFFFF"/>
              <w:insideH w:val="single" w:sz="6" w:color="FFFFFF"/>
              <w:insideV w:val="single" w:sz="6" w:color="FFFFFF"/>
            </w:tcBorders>
          </w:tcPr>
          <w:p>
            <w:pPr>
              <w:jc w:val="center"/>
            </w:pPr>
            <w:r>
              <w:rPr>
                <w:rFonts w:ascii="Arial" w:hAnsi="Arial"/>
                <w:b/>
                <w:color w:val="FFFFFF"/>
                <w:sz w:val="14"/>
              </w:rPr>
              <w:t>SATURDAY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5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6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11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76528A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Veterans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12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13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15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16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17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19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20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21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22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23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24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E8F4FF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25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76528A"/>
                <w:sz w:val="12"/>
              </w:rPr>
              <w:t>FEDERAL HOLIDAY</w:t>
            </w:r>
          </w:p>
          <w:p>
            <w:pPr>
              <w:spacing w:after="0" w:line="228" w:lineRule="auto"/>
            </w:pPr>
            <w:r>
              <w:rPr>
                <w:rFonts w:ascii="Arial" w:hAnsi="Arial"/>
                <w:b/>
                <w:color w:val="334B61"/>
                <w:sz w:val="14"/>
              </w:rPr>
              <w:t>Thanksgiving Day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26</w:t>
            </w:r>
          </w:p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27</w:t>
            </w:r>
          </w:p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28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29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>
            <w:pPr>
              <w:spacing w:after="40" w:line="240" w:lineRule="auto"/>
            </w:pPr>
            <w:r>
              <w:rPr>
                <w:rFonts w:ascii="Arial" w:hAnsi="Arial"/>
                <w:b/>
                <w:color w:val="17324D"/>
                <w:sz w:val="20"/>
              </w:rPr>
              <w:t>30</w:t>
            </w:r>
          </w:p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  <w:tr>
        <w:trPr>
          <w:trHeight w:val="1238" w:hRule="atLeast"/>
        </w:trPr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39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</w:tcPr>
          <w:p/>
        </w:tc>
        <w:tc>
          <w:tcPr>
            <w:tcW w:type="dxa" w:w="2142"/>
            <w:vAlign w:val="top"/>
            <w:tcMar>
              <w:top w:w="70" w:type="dxa"/>
              <w:start w:w="80" w:type="dxa"/>
              <w:bottom w:w="55" w:type="dxa"/>
              <w:end w:w="70" w:type="dxa"/>
            </w:tcMar>
            <w:tcBorders>
              <w:top w:val="single" w:sz="6" w:color="B8C5D1"/>
              <w:left w:val="single" w:sz="6" w:color="B8C5D1"/>
              <w:bottom w:val="single" w:sz="6" w:color="B8C5D1"/>
              <w:right w:val="single" w:sz="6" w:color="B8C5D1"/>
              <w:insideH w:val="single" w:sz="6" w:color="B8C5D1"/>
              <w:insideV w:val="single" w:sz="6" w:color="B8C5D1"/>
            </w:tcBorders>
            <w:shd w:fill="FAFCFE"/>
          </w:tcPr>
          <w:p/>
        </w:tc>
      </w:tr>
    </w:tbl>
    <w:sectPr w:rsidR="00FC693F" w:rsidRPr="0006063C" w:rsidSect="00034616">
      <w:footerReference w:type="default" r:id="rId9"/>
      <w:pgSz w:w="15840" w:h="12240" w:orient="landscape"/>
      <w:pgMar w:top="389" w:right="461" w:bottom="403" w:left="461" w:header="144" w:footer="17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Arial" w:hAnsi="Arial"/>
        <w:b w:val="0"/>
        <w:color w:val="61758A"/>
        <w:sz w:val="15"/>
      </w:rPr>
      <w:t>Free Printable Calendar • allfreeprintable.org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40" w:lineRule="auto"/>
    </w:pPr>
    <w:rPr>
      <w:rFonts w:ascii="Arial" w:hAnsi="Arial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