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after="20"/>
      </w:pPr>
      <w:r>
        <w:rPr>
          <w:rFonts w:ascii="Arial" w:hAnsi="Arial"/>
          <w:b/>
          <w:color w:val="17324D"/>
          <w:sz w:val="50"/>
        </w:rPr>
        <w:t>February 2027</w:t>
      </w:r>
    </w:p>
    <w:p>
      <w:pPr>
        <w:keepNext/>
        <w:spacing w:after="80"/>
      </w:pPr>
      <w:r>
        <w:rPr>
          <w:rFonts w:ascii="Arial" w:hAnsi="Arial"/>
          <w:b/>
          <w:color w:val="A64B61"/>
          <w:sz w:val="17"/>
        </w:rPr>
        <w:t>SUNDAY-START  •  U.S. FEDERAL HOLIDAYS  •  EDITABLE CALENDAR</w:t>
      </w:r>
    </w:p>
    <w:tbl>
      <w:tblPr>
        <w:tblStyle w:val="TableGrid"/>
        <w:tblW w:type="dxa" w:w="14976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2139"/>
        <w:gridCol w:w="2139"/>
        <w:gridCol w:w="2139"/>
        <w:gridCol w:w="2139"/>
        <w:gridCol w:w="2139"/>
        <w:gridCol w:w="2139"/>
        <w:gridCol w:w="2142"/>
      </w:tblGrid>
      <w:tr>
        <w:trPr>
          <w:trHeight w:val="461" w:hRule="atLeast"/>
          <w:tblHeader w:val="true"/>
        </w:trPr>
        <w:tc>
          <w:tcPr>
            <w:tcW w:type="dxa" w:w="2139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SUNDAY</w:t>
            </w:r>
          </w:p>
        </w:tc>
        <w:tc>
          <w:tcPr>
            <w:tcW w:type="dxa" w:w="2139"/>
            <w:shd w:fill="A64B61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MONDAY</w:t>
            </w:r>
          </w:p>
        </w:tc>
        <w:tc>
          <w:tcPr>
            <w:tcW w:type="dxa" w:w="2139"/>
            <w:shd w:fill="A64B61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TUESDAY</w:t>
            </w:r>
          </w:p>
        </w:tc>
        <w:tc>
          <w:tcPr>
            <w:tcW w:type="dxa" w:w="2139"/>
            <w:shd w:fill="A64B61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WEDNESDAY</w:t>
            </w:r>
          </w:p>
        </w:tc>
        <w:tc>
          <w:tcPr>
            <w:tcW w:type="dxa" w:w="2139"/>
            <w:shd w:fill="A64B61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THURSDAY</w:t>
            </w:r>
          </w:p>
        </w:tc>
        <w:tc>
          <w:tcPr>
            <w:tcW w:type="dxa" w:w="2139"/>
            <w:shd w:fill="A64B61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FRIDAY</w:t>
            </w:r>
          </w:p>
        </w:tc>
        <w:tc>
          <w:tcPr>
            <w:tcW w:type="dxa" w:w="2142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SATURDAY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5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6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12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13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E8F4FF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15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A64B61"/>
                <w:sz w:val="12"/>
              </w:rPr>
              <w:t>FEDERAL HOLIDAY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334B61"/>
                <w:sz w:val="14"/>
              </w:rPr>
              <w:t>Washington's Birthday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19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20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26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27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</w:tbl>
    <w:sectPr w:rsidR="00FC693F" w:rsidRPr="0006063C" w:rsidSect="00034616">
      <w:footerReference w:type="default" r:id="rId9"/>
      <w:pgSz w:w="15840" w:h="12240" w:orient="landscape"/>
      <w:pgMar w:top="389" w:right="461" w:bottom="403" w:left="461" w:header="144" w:footer="17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/>
        <w:b w:val="0"/>
        <w:color w:val="61758A"/>
        <w:sz w:val="15"/>
      </w:rPr>
      <w:t>Free Printable Calendar • allfreeprintable.org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