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December 2027</w:t>
      </w:r>
    </w:p>
    <w:p>
      <w:pPr>
        <w:keepNext/>
        <w:spacing w:after="80"/>
      </w:pPr>
      <w:r>
        <w:rPr>
          <w:rFonts w:ascii="Arial" w:hAnsi="Arial"/>
          <w:b/>
          <w:color w:val="356A8A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356A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356A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356A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356A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356A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FF2D6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8A5310"/>
                <w:sz w:val="12"/>
              </w:rPr>
              <w:t>OBSERVED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Christmas Day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56A8A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Christmas 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FF2D6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31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8A5310"/>
                <w:sz w:val="12"/>
              </w:rPr>
              <w:t>OBSERVED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New Year's Day 2028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sectPr w:rsidR="00FC693F" w:rsidRPr="0006063C" w:rsidSect="00034616">
      <w:footerReference w:type="default" r:id="rId9"/>
      <w:pgSz w:w="15840" w:h="12240" w:orient="landscape"/>
      <w:pgMar w:top="389" w:right="461" w:bottom="403" w:left="461" w:header="144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58A"/>
        <w:sz w:val="15"/>
      </w:rPr>
      <w:t>Free Printable Calendar • allfreeprintable.org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